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wdp" ContentType="image/vnd.ms-photo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FCEE935" w14:textId="77777777" w:rsidR="00F57233" w:rsidRDefault="00F57233" w:rsidP="00F57233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hanging="2"/>
        <w:jc w:val="center"/>
        <w:rPr>
          <w:color w:val="000000"/>
        </w:rPr>
      </w:pPr>
    </w:p>
    <w:p w14:paraId="3FD584B3" w14:textId="77777777" w:rsidR="00F57233" w:rsidRDefault="00F57233" w:rsidP="00F57233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leftChars="-194" w:left="-367" w:hanging="2"/>
        <w:jc w:val="right"/>
        <w:rPr>
          <w:noProof/>
          <w:lang w:eastAsia="it-IT"/>
        </w:rPr>
      </w:pPr>
      <w:r>
        <w:rPr>
          <w:noProof/>
          <w:lang w:eastAsia="it-IT"/>
        </w:rPr>
        <w:drawing>
          <wp:anchor distT="0" distB="0" distL="114300" distR="114300" simplePos="0" relativeHeight="251657728" behindDoc="1" locked="0" layoutInCell="1" allowOverlap="1" wp14:anchorId="4BCC3FD2" wp14:editId="480ABF74">
            <wp:simplePos x="0" y="0"/>
            <wp:positionH relativeFrom="column">
              <wp:posOffset>-284480</wp:posOffset>
            </wp:positionH>
            <wp:positionV relativeFrom="paragraph">
              <wp:posOffset>103505</wp:posOffset>
            </wp:positionV>
            <wp:extent cx="6118860" cy="1089965"/>
            <wp:effectExtent l="0" t="0" r="0" b="0"/>
            <wp:wrapNone/>
            <wp:docPr id="7" name="Immagine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 rotWithShape="1">
                    <a:blip r:embed="rId8">
                      <a:extLst>
                        <a:ext uri="{BEBA8EAE-BF5A-486C-A8C5-ECC9F3942E4B}">
                          <a14:imgProps xmlns:a14="http://schemas.microsoft.com/office/drawing/2010/main">
                            <a14:imgLayer r:embed="rId9">
                              <a14:imgEffect>
                                <a14:sharpenSoften amount="17000"/>
                              </a14:imgEffect>
                            </a14:imgLayer>
                          </a14:imgProps>
                        </a:ex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11063" t="32063" r="25211" b="46980"/>
                    <a:stretch/>
                  </pic:blipFill>
                  <pic:spPr bwMode="auto">
                    <a:xfrm>
                      <a:off x="0" y="0"/>
                      <a:ext cx="6118860" cy="1089965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anchor>
        </w:drawing>
      </w:r>
    </w:p>
    <w:p w14:paraId="7D5096F9" w14:textId="6FE0BC97" w:rsidR="00F57233" w:rsidRDefault="00F57233" w:rsidP="00F57233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leftChars="-387" w:left="-733" w:hanging="2"/>
        <w:rPr>
          <w:noProof/>
          <w:lang w:eastAsia="it-IT"/>
        </w:rPr>
      </w:pPr>
      <w:r>
        <w:rPr>
          <w:noProof/>
          <w:lang w:eastAsia="it-IT"/>
        </w:rPr>
        <w:drawing>
          <wp:anchor distT="0" distB="0" distL="114300" distR="114300" simplePos="0" relativeHeight="251659776" behindDoc="1" locked="0" layoutInCell="1" allowOverlap="1" wp14:anchorId="5E6E76B1" wp14:editId="45214FED">
            <wp:simplePos x="0" y="0"/>
            <wp:positionH relativeFrom="column">
              <wp:posOffset>5739130</wp:posOffset>
            </wp:positionH>
            <wp:positionV relativeFrom="paragraph">
              <wp:posOffset>133985</wp:posOffset>
            </wp:positionV>
            <wp:extent cx="1036955" cy="979170"/>
            <wp:effectExtent l="0" t="0" r="0" b="0"/>
            <wp:wrapNone/>
            <wp:docPr id="3" name="Immagin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eudaimon logo def.png"/>
                    <pic:cNvPicPr/>
                  </pic:nvPicPr>
                  <pic:blipFill rotWithShape="1"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9528" t="6353" r="4711" b="12651"/>
                    <a:stretch/>
                  </pic:blipFill>
                  <pic:spPr bwMode="auto">
                    <a:xfrm>
                      <a:off x="0" y="0"/>
                      <a:ext cx="1036955" cy="979170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17BCC765" w14:textId="09572986" w:rsidR="00F57233" w:rsidRDefault="00F57233" w:rsidP="00F57233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leftChars="-387" w:left="-733" w:hanging="2"/>
        <w:rPr>
          <w:noProof/>
          <w:lang w:eastAsia="it-IT"/>
        </w:rPr>
      </w:pPr>
    </w:p>
    <w:p w14:paraId="403A27C3" w14:textId="77777777" w:rsidR="00F57233" w:rsidRDefault="00F57233" w:rsidP="00F57233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leftChars="-387" w:left="-733" w:hanging="2"/>
        <w:rPr>
          <w:noProof/>
          <w:lang w:eastAsia="it-IT"/>
        </w:rPr>
      </w:pPr>
    </w:p>
    <w:p w14:paraId="121434EA" w14:textId="77777777" w:rsidR="00F57233" w:rsidRDefault="00F57233" w:rsidP="00F57233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leftChars="-452" w:left="-857" w:hanging="2"/>
        <w:rPr>
          <w:noProof/>
          <w:lang w:eastAsia="it-IT"/>
        </w:rPr>
      </w:pPr>
    </w:p>
    <w:p w14:paraId="2C3EBD04" w14:textId="77777777" w:rsidR="00F57233" w:rsidRDefault="00F57233" w:rsidP="00F57233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leftChars="-387" w:left="-733" w:hanging="2"/>
        <w:rPr>
          <w:color w:val="000000"/>
        </w:rPr>
      </w:pPr>
    </w:p>
    <w:p w14:paraId="7DE60B48" w14:textId="77777777" w:rsidR="00F57233" w:rsidRPr="00F71781" w:rsidRDefault="00F57233" w:rsidP="00F57233">
      <w:pPr>
        <w:spacing w:before="180" w:after="0" w:line="240" w:lineRule="auto"/>
        <w:ind w:left="-567" w:right="-567"/>
        <w:jc w:val="center"/>
        <w:rPr>
          <w:rFonts w:ascii="Times New Roman" w:eastAsia="Times New Roman" w:hAnsi="Times New Roman" w:cs="Times New Roman"/>
          <w:color w:val="808080" w:themeColor="background1" w:themeShade="80"/>
          <w:spacing w:val="22"/>
          <w:sz w:val="15"/>
          <w:szCs w:val="15"/>
          <w:lang w:eastAsia="it-IT"/>
        </w:rPr>
      </w:pPr>
      <w:r>
        <w:rPr>
          <w:rFonts w:ascii="Rockwell Nova Light" w:eastAsia="Times New Roman" w:hAnsi="Rockwell Nova Light" w:cs="Times New Roman"/>
          <w:color w:val="808080" w:themeColor="background1" w:themeShade="80"/>
          <w:spacing w:val="34"/>
          <w:sz w:val="15"/>
          <w:szCs w:val="15"/>
          <w:lang w:eastAsia="it-IT"/>
        </w:rPr>
        <w:t xml:space="preserve"> </w:t>
      </w:r>
      <w:r w:rsidRPr="00F71781">
        <w:rPr>
          <w:rFonts w:ascii="Times New Roman" w:eastAsia="Times New Roman" w:hAnsi="Times New Roman" w:cs="Times New Roman"/>
          <w:color w:val="808080" w:themeColor="background1" w:themeShade="80"/>
          <w:spacing w:val="22"/>
          <w:sz w:val="15"/>
          <w:szCs w:val="15"/>
          <w:lang w:eastAsia="it-IT"/>
        </w:rPr>
        <w:t>U F F I C I O    S C O L A S T I C O    R E G I O N A L E    P E R    I L    L A Z I O</w:t>
      </w:r>
    </w:p>
    <w:p w14:paraId="7D4BB846" w14:textId="77777777" w:rsidR="00F57233" w:rsidRPr="00F71781" w:rsidRDefault="00F57233" w:rsidP="00F57233">
      <w:pPr>
        <w:spacing w:before="120" w:after="0" w:line="240" w:lineRule="auto"/>
        <w:ind w:left="-567" w:right="-567"/>
        <w:jc w:val="center"/>
        <w:rPr>
          <w:rFonts w:ascii="Times New Roman" w:eastAsia="Times New Roman" w:hAnsi="Times New Roman" w:cs="Times New Roman"/>
          <w:b/>
          <w:bCs/>
          <w:spacing w:val="28"/>
          <w:sz w:val="40"/>
          <w:szCs w:val="34"/>
          <w:lang w:eastAsia="it-IT"/>
        </w:rPr>
      </w:pPr>
      <w:r w:rsidRPr="00F71781">
        <w:rPr>
          <w:rFonts w:ascii="Times New Roman" w:eastAsia="Times New Roman" w:hAnsi="Times New Roman" w:cs="Times New Roman"/>
          <w:b/>
          <w:bCs/>
          <w:smallCaps/>
          <w:spacing w:val="28"/>
          <w:sz w:val="40"/>
          <w:szCs w:val="34"/>
          <w:lang w:eastAsia="it-IT"/>
        </w:rPr>
        <w:t xml:space="preserve">Istituto Comprensivo </w:t>
      </w:r>
      <w:r w:rsidRPr="00F71781">
        <w:rPr>
          <w:rFonts w:ascii="Times New Roman" w:eastAsia="Times New Roman" w:hAnsi="Times New Roman" w:cs="Times New Roman"/>
          <w:b/>
          <w:bCs/>
          <w:smallCaps/>
          <w:spacing w:val="28"/>
          <w:sz w:val="36"/>
          <w:szCs w:val="34"/>
          <w:lang w:eastAsia="it-IT"/>
        </w:rPr>
        <w:t>di</w:t>
      </w:r>
      <w:r w:rsidRPr="00F71781">
        <w:rPr>
          <w:rFonts w:ascii="Times New Roman" w:eastAsia="Times New Roman" w:hAnsi="Times New Roman" w:cs="Times New Roman"/>
          <w:b/>
          <w:bCs/>
          <w:smallCaps/>
          <w:spacing w:val="28"/>
          <w:sz w:val="40"/>
          <w:szCs w:val="34"/>
          <w:lang w:eastAsia="it-IT"/>
        </w:rPr>
        <w:t xml:space="preserve"> Sant’Elia Fiumerapido</w:t>
      </w:r>
    </w:p>
    <w:p w14:paraId="5CE93DA7" w14:textId="77777777" w:rsidR="00F57233" w:rsidRPr="00F71781" w:rsidRDefault="00F57233" w:rsidP="00F57233">
      <w:pPr>
        <w:spacing w:before="80" w:after="120" w:line="240" w:lineRule="auto"/>
        <w:ind w:left="-567" w:right="-567"/>
        <w:jc w:val="center"/>
        <w:rPr>
          <w:rFonts w:ascii="Times New Roman" w:eastAsia="Times New Roman" w:hAnsi="Times New Roman" w:cs="Times New Roman"/>
          <w:color w:val="808080" w:themeColor="background1" w:themeShade="80"/>
          <w:sz w:val="15"/>
          <w:szCs w:val="15"/>
          <w:lang w:eastAsia="it-IT"/>
        </w:rPr>
      </w:pPr>
      <w:r w:rsidRPr="00F71781">
        <w:rPr>
          <w:rFonts w:ascii="Times New Roman" w:eastAsia="Times New Roman" w:hAnsi="Times New Roman" w:cs="Times New Roman"/>
          <w:color w:val="808080" w:themeColor="background1" w:themeShade="80"/>
          <w:sz w:val="18"/>
          <w:szCs w:val="18"/>
          <w:lang w:eastAsia="it-IT"/>
        </w:rPr>
        <w:t xml:space="preserve">S </w:t>
      </w:r>
      <w:r w:rsidRPr="00F71781">
        <w:rPr>
          <w:rFonts w:ascii="Times New Roman" w:eastAsia="Times New Roman" w:hAnsi="Times New Roman" w:cs="Times New Roman"/>
          <w:color w:val="808080" w:themeColor="background1" w:themeShade="80"/>
          <w:sz w:val="15"/>
          <w:szCs w:val="15"/>
          <w:lang w:eastAsia="it-IT"/>
        </w:rPr>
        <w:t xml:space="preserve">C U O L A   </w:t>
      </w:r>
      <w:r w:rsidRPr="00F71781">
        <w:rPr>
          <w:rFonts w:ascii="Times New Roman" w:eastAsia="Times New Roman" w:hAnsi="Times New Roman" w:cs="Times New Roman"/>
          <w:color w:val="808080" w:themeColor="background1" w:themeShade="80"/>
          <w:sz w:val="11"/>
          <w:szCs w:val="15"/>
          <w:lang w:eastAsia="it-IT"/>
        </w:rPr>
        <w:t xml:space="preserve">D E L L </w:t>
      </w:r>
      <w:r w:rsidRPr="00F71781">
        <w:rPr>
          <w:rFonts w:ascii="Times New Roman" w:eastAsia="Times New Roman" w:hAnsi="Times New Roman" w:cs="Times New Roman"/>
          <w:color w:val="808080" w:themeColor="background1" w:themeShade="80"/>
          <w:sz w:val="14"/>
          <w:szCs w:val="18"/>
          <w:lang w:eastAsia="it-IT"/>
        </w:rPr>
        <w:t xml:space="preserve">’ </w:t>
      </w:r>
      <w:r w:rsidRPr="00F71781">
        <w:rPr>
          <w:rFonts w:ascii="Times New Roman" w:eastAsia="Times New Roman" w:hAnsi="Times New Roman" w:cs="Times New Roman"/>
          <w:color w:val="808080" w:themeColor="background1" w:themeShade="80"/>
          <w:sz w:val="15"/>
          <w:szCs w:val="15"/>
          <w:lang w:eastAsia="it-IT"/>
        </w:rPr>
        <w:t xml:space="preserve">I N F A N Z I A </w:t>
      </w:r>
      <w:r w:rsidRPr="00F71781">
        <w:rPr>
          <w:rFonts w:ascii="Times New Roman" w:eastAsia="Times New Roman" w:hAnsi="Times New Roman" w:cs="Times New Roman"/>
          <w:color w:val="808080" w:themeColor="background1" w:themeShade="80"/>
          <w:sz w:val="18"/>
          <w:szCs w:val="18"/>
          <w:lang w:eastAsia="it-IT"/>
        </w:rPr>
        <w:t xml:space="preserve">– </w:t>
      </w:r>
      <w:r w:rsidRPr="00F71781">
        <w:rPr>
          <w:rFonts w:ascii="Times New Roman" w:eastAsia="Times New Roman" w:hAnsi="Times New Roman" w:cs="Times New Roman"/>
          <w:color w:val="808080" w:themeColor="background1" w:themeShade="80"/>
          <w:sz w:val="15"/>
          <w:szCs w:val="15"/>
          <w:lang w:eastAsia="it-IT"/>
        </w:rPr>
        <w:t xml:space="preserve">P R I M A R I A </w:t>
      </w:r>
      <w:r w:rsidRPr="00F71781">
        <w:rPr>
          <w:rFonts w:ascii="Times New Roman" w:eastAsia="Times New Roman" w:hAnsi="Times New Roman" w:cs="Times New Roman"/>
          <w:color w:val="808080" w:themeColor="background1" w:themeShade="80"/>
          <w:sz w:val="18"/>
          <w:szCs w:val="18"/>
          <w:lang w:eastAsia="it-IT"/>
        </w:rPr>
        <w:t xml:space="preserve">– </w:t>
      </w:r>
      <w:r w:rsidRPr="00F71781">
        <w:rPr>
          <w:rFonts w:ascii="Times New Roman" w:eastAsia="Times New Roman" w:hAnsi="Times New Roman" w:cs="Times New Roman"/>
          <w:color w:val="808080" w:themeColor="background1" w:themeShade="80"/>
          <w:sz w:val="15"/>
          <w:szCs w:val="15"/>
          <w:lang w:eastAsia="it-IT"/>
        </w:rPr>
        <w:t xml:space="preserve">S E C O N D A R I A   </w:t>
      </w:r>
      <w:r w:rsidRPr="00F71781">
        <w:rPr>
          <w:rFonts w:ascii="Times New Roman" w:eastAsia="Times New Roman" w:hAnsi="Times New Roman" w:cs="Times New Roman"/>
          <w:color w:val="808080" w:themeColor="background1" w:themeShade="80"/>
          <w:sz w:val="11"/>
          <w:szCs w:val="15"/>
          <w:lang w:eastAsia="it-IT"/>
        </w:rPr>
        <w:t xml:space="preserve">D I   </w:t>
      </w:r>
      <w:r w:rsidRPr="00F71781">
        <w:rPr>
          <w:rFonts w:ascii="Times New Roman" w:eastAsia="Times New Roman" w:hAnsi="Times New Roman" w:cs="Times New Roman"/>
          <w:color w:val="808080" w:themeColor="background1" w:themeShade="80"/>
          <w:sz w:val="15"/>
          <w:szCs w:val="15"/>
          <w:lang w:eastAsia="it-IT"/>
        </w:rPr>
        <w:t>P R I M O G R A D O</w:t>
      </w:r>
    </w:p>
    <w:p w14:paraId="7AEF22FB" w14:textId="77777777" w:rsidR="00F57233" w:rsidRPr="00F71781" w:rsidRDefault="00F57233" w:rsidP="00F57233">
      <w:pPr>
        <w:spacing w:after="0" w:line="200" w:lineRule="exact"/>
        <w:ind w:left="-567" w:right="-567"/>
        <w:jc w:val="center"/>
        <w:rPr>
          <w:rFonts w:ascii="Times New Roman" w:eastAsia="Georgia" w:hAnsi="Times New Roman" w:cs="Times New Roman"/>
          <w:sz w:val="16"/>
          <w:szCs w:val="14"/>
          <w:lang w:eastAsia="it-IT"/>
        </w:rPr>
      </w:pPr>
      <w:r w:rsidRPr="00F71781">
        <w:rPr>
          <w:rFonts w:ascii="Times New Roman" w:eastAsia="Georgia" w:hAnsi="Times New Roman" w:cs="Times New Roman"/>
          <w:color w:val="808080" w:themeColor="background1" w:themeShade="80"/>
          <w:sz w:val="16"/>
          <w:szCs w:val="14"/>
          <w:lang w:eastAsia="it-IT"/>
        </w:rPr>
        <w:t xml:space="preserve">C.F. 90032250608 – Cod.Mecc. FRIC857001 - C.U.U. UFZX3 E-mail: </w:t>
      </w:r>
      <w:hyperlink r:id="rId11">
        <w:r w:rsidRPr="00F71781">
          <w:rPr>
            <w:rFonts w:ascii="Times New Roman" w:eastAsia="Georgia" w:hAnsi="Times New Roman" w:cs="Times New Roman"/>
            <w:color w:val="0462C1"/>
            <w:sz w:val="16"/>
            <w:szCs w:val="14"/>
            <w:u w:val="single"/>
            <w:lang w:eastAsia="it-IT"/>
          </w:rPr>
          <w:t>fric857001@istruzione.it</w:t>
        </w:r>
      </w:hyperlink>
      <w:r w:rsidRPr="00F71781">
        <w:rPr>
          <w:rFonts w:ascii="Times New Roman" w:eastAsia="Georgia" w:hAnsi="Times New Roman" w:cs="Times New Roman"/>
          <w:color w:val="0462C1"/>
          <w:sz w:val="16"/>
          <w:szCs w:val="14"/>
          <w:lang w:eastAsia="it-IT"/>
        </w:rPr>
        <w:t xml:space="preserve"> </w:t>
      </w:r>
      <w:r w:rsidRPr="00F71781">
        <w:rPr>
          <w:rFonts w:ascii="Times New Roman" w:eastAsia="Georgia" w:hAnsi="Times New Roman" w:cs="Times New Roman"/>
          <w:sz w:val="16"/>
          <w:szCs w:val="14"/>
          <w:lang w:eastAsia="it-IT"/>
        </w:rPr>
        <w:t xml:space="preserve">- </w:t>
      </w:r>
      <w:hyperlink r:id="rId12">
        <w:r w:rsidRPr="00F71781">
          <w:rPr>
            <w:rFonts w:ascii="Times New Roman" w:eastAsia="Georgia" w:hAnsi="Times New Roman" w:cs="Times New Roman"/>
            <w:color w:val="0462C1"/>
            <w:sz w:val="16"/>
            <w:szCs w:val="14"/>
            <w:u w:val="single"/>
            <w:lang w:eastAsia="it-IT"/>
          </w:rPr>
          <w:t>fric857001@pec.istruzione.it</w:t>
        </w:r>
      </w:hyperlink>
    </w:p>
    <w:p w14:paraId="431DE5EE" w14:textId="77777777" w:rsidR="00F57233" w:rsidRDefault="00F57233" w:rsidP="00F57233">
      <w:pPr>
        <w:spacing w:after="0" w:line="200" w:lineRule="exact"/>
        <w:ind w:left="-567" w:right="-567"/>
        <w:jc w:val="center"/>
        <w:rPr>
          <w:rFonts w:ascii="Times New Roman" w:eastAsia="Georgia" w:hAnsi="Times New Roman" w:cs="Times New Roman"/>
          <w:color w:val="808080" w:themeColor="background1" w:themeShade="80"/>
          <w:sz w:val="16"/>
          <w:szCs w:val="14"/>
          <w:lang w:eastAsia="it-IT"/>
        </w:rPr>
      </w:pPr>
      <w:r w:rsidRPr="00F71781">
        <w:rPr>
          <w:rFonts w:ascii="Times New Roman" w:eastAsia="Georgia" w:hAnsi="Times New Roman" w:cs="Times New Roman"/>
          <w:color w:val="808080" w:themeColor="background1" w:themeShade="80"/>
          <w:sz w:val="16"/>
          <w:szCs w:val="14"/>
          <w:lang w:eastAsia="it-IT"/>
        </w:rPr>
        <w:t xml:space="preserve">Sito web: - </w:t>
      </w:r>
      <w:r w:rsidRPr="00F71781">
        <w:rPr>
          <w:rFonts w:ascii="Times New Roman" w:eastAsia="Georgia" w:hAnsi="Times New Roman" w:cs="Times New Roman"/>
          <w:color w:val="0462C1"/>
          <w:sz w:val="16"/>
          <w:szCs w:val="14"/>
          <w:u w:val="single"/>
          <w:lang w:eastAsia="it-IT"/>
        </w:rPr>
        <w:t>https://</w:t>
      </w:r>
      <w:hyperlink r:id="rId13">
        <w:r w:rsidRPr="00F71781">
          <w:rPr>
            <w:rFonts w:ascii="Times New Roman" w:eastAsia="Georgia" w:hAnsi="Times New Roman" w:cs="Times New Roman"/>
            <w:color w:val="0462C1"/>
            <w:sz w:val="16"/>
            <w:szCs w:val="14"/>
            <w:u w:val="single"/>
            <w:lang w:eastAsia="it-IT"/>
          </w:rPr>
          <w:t>www.icsantelia.edu.it/</w:t>
        </w:r>
      </w:hyperlink>
      <w:r w:rsidRPr="00F71781">
        <w:rPr>
          <w:rFonts w:ascii="Times New Roman" w:eastAsia="Georgia" w:hAnsi="Times New Roman" w:cs="Times New Roman"/>
          <w:color w:val="0462C1"/>
          <w:sz w:val="16"/>
          <w:szCs w:val="14"/>
          <w:lang w:eastAsia="it-IT"/>
        </w:rPr>
        <w:t xml:space="preserve"> </w:t>
      </w:r>
      <w:r w:rsidRPr="00F71781">
        <w:rPr>
          <w:rFonts w:ascii="Times New Roman" w:eastAsia="Georgia" w:hAnsi="Times New Roman" w:cs="Times New Roman"/>
          <w:color w:val="808080" w:themeColor="background1" w:themeShade="80"/>
          <w:sz w:val="16"/>
          <w:szCs w:val="14"/>
          <w:lang w:eastAsia="it-IT"/>
        </w:rPr>
        <w:t>- Sede Legale: Via IV Novembre snc – 03049 - SANT’ELIA FIUMERAPIDO (FR) – tel. 0776350200</w:t>
      </w:r>
    </w:p>
    <w:p w14:paraId="6D0AA0EB" w14:textId="77777777" w:rsidR="00F57233" w:rsidRPr="00F71781" w:rsidRDefault="00F57233" w:rsidP="00F57233">
      <w:pPr>
        <w:spacing w:after="0" w:line="200" w:lineRule="exact"/>
        <w:ind w:left="-567" w:right="-567"/>
        <w:jc w:val="center"/>
        <w:rPr>
          <w:rFonts w:ascii="Times New Roman" w:eastAsia="Georgia" w:hAnsi="Times New Roman" w:cs="Times New Roman"/>
          <w:color w:val="808080" w:themeColor="background1" w:themeShade="80"/>
          <w:sz w:val="16"/>
          <w:szCs w:val="14"/>
          <w:lang w:eastAsia="it-IT"/>
        </w:rPr>
      </w:pPr>
    </w:p>
    <w:p w14:paraId="5DEA27CD" w14:textId="77777777" w:rsidR="00BF4373" w:rsidRDefault="00CE4A92">
      <w:pPr>
        <w:spacing w:before="320"/>
        <w:jc w:val="center"/>
      </w:pPr>
      <w:r>
        <w:rPr>
          <w:rFonts w:ascii="Aptos Display" w:hAnsi="Aptos Display"/>
          <w:b/>
          <w:color w:val="17365D"/>
          <w:sz w:val="60"/>
        </w:rPr>
        <w:t>ORGANIGRAMMA</w:t>
      </w:r>
    </w:p>
    <w:p w14:paraId="7B05DE34" w14:textId="77777777" w:rsidR="00BF4373" w:rsidRDefault="00CE4A92">
      <w:pPr>
        <w:jc w:val="center"/>
      </w:pPr>
      <w:r>
        <w:rPr>
          <w:b/>
          <w:color w:val="2F75B5"/>
          <w:sz w:val="30"/>
        </w:rPr>
        <w:t>Anno scolastico 2026–2027</w:t>
      </w:r>
    </w:p>
    <w:tbl>
      <w:tblPr>
        <w:tblW w:w="0" w:type="auto"/>
        <w:jc w:val="center"/>
        <w:tblBorders>
          <w:top w:val="single" w:sz="8" w:space="0" w:color="B8C7D9"/>
          <w:left w:val="single" w:sz="8" w:space="0" w:color="B8C7D9"/>
          <w:bottom w:val="single" w:sz="8" w:space="0" w:color="B8C7D9"/>
          <w:right w:val="single" w:sz="8" w:space="0" w:color="B8C7D9"/>
          <w:insideH w:val="single" w:sz="8" w:space="0" w:color="B8C7D9"/>
          <w:insideV w:val="single" w:sz="8" w:space="0" w:color="B8C7D9"/>
        </w:tblBorders>
        <w:tblLayout w:type="fixed"/>
        <w:tblLook w:val="04A0" w:firstRow="1" w:lastRow="0" w:firstColumn="1" w:lastColumn="0" w:noHBand="0" w:noVBand="1"/>
      </w:tblPr>
      <w:tblGrid>
        <w:gridCol w:w="5156"/>
        <w:gridCol w:w="5156"/>
      </w:tblGrid>
      <w:tr w:rsidR="00BF4373" w14:paraId="2A00D70D" w14:textId="77777777">
        <w:trPr>
          <w:jc w:val="center"/>
        </w:trPr>
        <w:tc>
          <w:tcPr>
            <w:tcW w:w="5156" w:type="dxa"/>
            <w:shd w:val="clear" w:color="auto" w:fill="EAF2F8"/>
            <w:tcMar>
              <w:top w:w="110" w:type="dxa"/>
              <w:left w:w="120" w:type="dxa"/>
              <w:bottom w:w="110" w:type="dxa"/>
              <w:right w:w="120" w:type="dxa"/>
            </w:tcMar>
            <w:vAlign w:val="center"/>
          </w:tcPr>
          <w:p w14:paraId="2B2A5EF6" w14:textId="77777777" w:rsidR="00BF4373" w:rsidRDefault="00CE4A92">
            <w:pPr>
              <w:spacing w:after="0"/>
            </w:pPr>
            <w:r>
              <w:rPr>
                <w:b/>
                <w:color w:val="17365D"/>
                <w:sz w:val="17"/>
              </w:rPr>
              <w:t>QUALIFICAZIONE</w:t>
            </w:r>
          </w:p>
        </w:tc>
        <w:tc>
          <w:tcPr>
            <w:tcW w:w="5156" w:type="dxa"/>
            <w:shd w:val="clear" w:color="auto" w:fill="FFFFFF"/>
            <w:tcMar>
              <w:top w:w="110" w:type="dxa"/>
              <w:left w:w="120" w:type="dxa"/>
              <w:bottom w:w="110" w:type="dxa"/>
              <w:right w:w="120" w:type="dxa"/>
            </w:tcMar>
            <w:vAlign w:val="center"/>
          </w:tcPr>
          <w:p w14:paraId="1389D6C4" w14:textId="77777777" w:rsidR="00BF4373" w:rsidRDefault="00CE4A92">
            <w:pPr>
              <w:spacing w:after="0"/>
            </w:pPr>
            <w:r>
              <w:rPr>
                <w:b/>
                <w:sz w:val="18"/>
              </w:rPr>
              <w:t>ALLEGATO AL DECRETO N. 490</w:t>
            </w:r>
          </w:p>
        </w:tc>
      </w:tr>
      <w:tr w:rsidR="00BF4373" w14:paraId="0AF9E063" w14:textId="77777777">
        <w:trPr>
          <w:jc w:val="center"/>
        </w:trPr>
        <w:tc>
          <w:tcPr>
            <w:tcW w:w="5156" w:type="dxa"/>
            <w:shd w:val="clear" w:color="auto" w:fill="EAF2F8"/>
            <w:tcMar>
              <w:top w:w="110" w:type="dxa"/>
              <w:left w:w="120" w:type="dxa"/>
              <w:bottom w:w="110" w:type="dxa"/>
              <w:right w:w="120" w:type="dxa"/>
            </w:tcMar>
            <w:vAlign w:val="center"/>
          </w:tcPr>
          <w:p w14:paraId="7D46C9E3" w14:textId="77777777" w:rsidR="00BF4373" w:rsidRDefault="00CE4A92">
            <w:pPr>
              <w:spacing w:after="0"/>
            </w:pPr>
            <w:r>
              <w:rPr>
                <w:b/>
                <w:color w:val="17365D"/>
                <w:sz w:val="17"/>
              </w:rPr>
              <w:t>RIFERIMENTO</w:t>
            </w:r>
          </w:p>
        </w:tc>
        <w:tc>
          <w:tcPr>
            <w:tcW w:w="5156" w:type="dxa"/>
            <w:shd w:val="clear" w:color="auto" w:fill="FFFFFF"/>
            <w:tcMar>
              <w:top w:w="110" w:type="dxa"/>
              <w:left w:w="120" w:type="dxa"/>
              <w:bottom w:w="110" w:type="dxa"/>
              <w:right w:w="120" w:type="dxa"/>
            </w:tcMar>
            <w:vAlign w:val="center"/>
          </w:tcPr>
          <w:p w14:paraId="1FBC0433" w14:textId="77777777" w:rsidR="00BF4373" w:rsidRDefault="00CE4A92">
            <w:pPr>
              <w:spacing w:after="0"/>
            </w:pPr>
            <w:r>
              <w:rPr>
                <w:b/>
                <w:sz w:val="18"/>
              </w:rPr>
              <w:t>PROT. N. 5005 DEL 18/09/2026</w:t>
            </w:r>
          </w:p>
        </w:tc>
      </w:tr>
      <w:tr w:rsidR="00BF4373" w14:paraId="665736C5" w14:textId="77777777">
        <w:trPr>
          <w:jc w:val="center"/>
        </w:trPr>
        <w:tc>
          <w:tcPr>
            <w:tcW w:w="5156" w:type="dxa"/>
            <w:shd w:val="clear" w:color="auto" w:fill="EAF2F8"/>
            <w:tcMar>
              <w:top w:w="110" w:type="dxa"/>
              <w:left w:w="120" w:type="dxa"/>
              <w:bottom w:w="110" w:type="dxa"/>
              <w:right w:w="120" w:type="dxa"/>
            </w:tcMar>
            <w:vAlign w:val="center"/>
          </w:tcPr>
          <w:p w14:paraId="2F21F0DC" w14:textId="77777777" w:rsidR="00BF4373" w:rsidRDefault="00CE4A92">
            <w:pPr>
              <w:spacing w:after="0"/>
            </w:pPr>
            <w:r>
              <w:rPr>
                <w:b/>
                <w:color w:val="17365D"/>
                <w:sz w:val="17"/>
              </w:rPr>
              <w:t>DOCUMENTO</w:t>
            </w:r>
          </w:p>
        </w:tc>
        <w:tc>
          <w:tcPr>
            <w:tcW w:w="5156" w:type="dxa"/>
            <w:shd w:val="clear" w:color="auto" w:fill="FFFFFF"/>
            <w:tcMar>
              <w:top w:w="110" w:type="dxa"/>
              <w:left w:w="120" w:type="dxa"/>
              <w:bottom w:w="110" w:type="dxa"/>
              <w:right w:w="120" w:type="dxa"/>
            </w:tcMar>
            <w:vAlign w:val="center"/>
          </w:tcPr>
          <w:p w14:paraId="4421F8EB" w14:textId="77777777" w:rsidR="00BF4373" w:rsidRDefault="00CE4A92">
            <w:pPr>
              <w:spacing w:after="0"/>
            </w:pPr>
            <w:r>
              <w:rPr>
                <w:b/>
                <w:sz w:val="18"/>
              </w:rPr>
              <w:t>ORGANIGRAMMA A.S. 2026/27</w:t>
            </w:r>
          </w:p>
        </w:tc>
      </w:tr>
      <w:tr w:rsidR="00BF4373" w14:paraId="4289EE5B" w14:textId="77777777">
        <w:trPr>
          <w:jc w:val="center"/>
        </w:trPr>
        <w:tc>
          <w:tcPr>
            <w:tcW w:w="5156" w:type="dxa"/>
            <w:shd w:val="clear" w:color="auto" w:fill="EAF2F8"/>
            <w:tcMar>
              <w:top w:w="110" w:type="dxa"/>
              <w:left w:w="120" w:type="dxa"/>
              <w:bottom w:w="110" w:type="dxa"/>
              <w:right w:w="120" w:type="dxa"/>
            </w:tcMar>
            <w:vAlign w:val="center"/>
          </w:tcPr>
          <w:p w14:paraId="3ADD16E2" w14:textId="77777777" w:rsidR="00BF4373" w:rsidRDefault="00CE4A92">
            <w:pPr>
              <w:spacing w:after="0"/>
            </w:pPr>
            <w:r>
              <w:rPr>
                <w:b/>
                <w:color w:val="17365D"/>
                <w:sz w:val="17"/>
              </w:rPr>
              <w:t>PROTOCOLLO DELL’ALLEGATO</w:t>
            </w:r>
          </w:p>
        </w:tc>
        <w:tc>
          <w:tcPr>
            <w:tcW w:w="5156" w:type="dxa"/>
            <w:shd w:val="clear" w:color="auto" w:fill="FFFFFF"/>
            <w:tcMar>
              <w:top w:w="110" w:type="dxa"/>
              <w:left w:w="120" w:type="dxa"/>
              <w:bottom w:w="110" w:type="dxa"/>
              <w:right w:w="120" w:type="dxa"/>
            </w:tcMar>
            <w:vAlign w:val="center"/>
          </w:tcPr>
          <w:p w14:paraId="4EC3A47B" w14:textId="745E3362" w:rsidR="00BF4373" w:rsidRDefault="00CE4A92">
            <w:pPr>
              <w:spacing w:after="0"/>
            </w:pPr>
            <w:r>
              <w:rPr>
                <w:sz w:val="18"/>
              </w:rPr>
              <w:t xml:space="preserve">PROT. </w:t>
            </w:r>
            <w:r w:rsidR="00F57233">
              <w:rPr>
                <w:sz w:val="18"/>
              </w:rPr>
              <w:t>Vedasi stringa</w:t>
            </w:r>
          </w:p>
        </w:tc>
      </w:tr>
    </w:tbl>
    <w:p w14:paraId="4089F392" w14:textId="77777777" w:rsidR="00BF4373" w:rsidRDefault="00BF4373"/>
    <w:p w14:paraId="07521211" w14:textId="77777777" w:rsidR="00BF4373" w:rsidRDefault="00CE4A92">
      <w:pPr>
        <w:jc w:val="center"/>
      </w:pPr>
      <w:r>
        <w:rPr>
          <w:i/>
          <w:color w:val="6B7280"/>
          <w:sz w:val="18"/>
        </w:rPr>
        <w:t>Documento parte integrante e sostanziale del decreto di pubblicazione dell’organigramma.</w:t>
      </w:r>
    </w:p>
    <w:p w14:paraId="77E37BEA" w14:textId="77777777" w:rsidR="00BF4373" w:rsidRDefault="00CE4A92">
      <w:pPr>
        <w:pBdr>
          <w:bottom w:val="single" w:sz="18" w:space="4" w:color="2F75B5"/>
        </w:pBdr>
        <w:spacing w:before="200" w:after="120"/>
      </w:pPr>
      <w:r>
        <w:rPr>
          <w:rFonts w:ascii="Aptos Display" w:hAnsi="Aptos Display"/>
          <w:b/>
          <w:color w:val="17365D"/>
          <w:sz w:val="32"/>
        </w:rPr>
        <w:t>COLLABORATORI DEL DIRIGENTE SCOLASTICO</w:t>
      </w:r>
    </w:p>
    <w:tbl>
      <w:tblPr>
        <w:tblStyle w:val="Grigliatabella"/>
        <w:tblW w:w="0" w:type="auto"/>
        <w:jc w:val="center"/>
        <w:tblBorders>
          <w:top w:val="single" w:sz="6" w:space="0" w:color="B8C7D9"/>
          <w:left w:val="single" w:sz="6" w:space="0" w:color="B8C7D9"/>
          <w:bottom w:val="single" w:sz="6" w:space="0" w:color="B8C7D9"/>
          <w:right w:val="single" w:sz="6" w:space="0" w:color="B8C7D9"/>
          <w:insideH w:val="single" w:sz="6" w:space="0" w:color="B8C7D9"/>
          <w:insideV w:val="single" w:sz="6" w:space="0" w:color="B8C7D9"/>
        </w:tblBorders>
        <w:tblLayout w:type="fixed"/>
        <w:tblLook w:val="04A0" w:firstRow="1" w:lastRow="0" w:firstColumn="1" w:lastColumn="0" w:noHBand="0" w:noVBand="1"/>
      </w:tblPr>
      <w:tblGrid>
        <w:gridCol w:w="3969"/>
        <w:gridCol w:w="5669"/>
      </w:tblGrid>
      <w:tr w:rsidR="00BF4373" w14:paraId="4A28ABEF" w14:textId="77777777">
        <w:trPr>
          <w:tblHeader/>
          <w:jc w:val="center"/>
        </w:trPr>
        <w:tc>
          <w:tcPr>
            <w:tcW w:w="3969" w:type="dxa"/>
            <w:shd w:val="clear" w:color="auto" w:fill="17365D"/>
            <w:tcMar>
              <w:top w:w="110" w:type="dxa"/>
              <w:left w:w="100" w:type="dxa"/>
              <w:bottom w:w="110" w:type="dxa"/>
              <w:right w:w="100" w:type="dxa"/>
            </w:tcMar>
            <w:vAlign w:val="center"/>
          </w:tcPr>
          <w:p w14:paraId="6D15B8DD" w14:textId="77777777" w:rsidR="00BF4373" w:rsidRDefault="00CE4A92">
            <w:pPr>
              <w:spacing w:after="0"/>
              <w:jc w:val="center"/>
            </w:pPr>
            <w:r>
              <w:rPr>
                <w:b/>
                <w:color w:val="FFFFFF"/>
                <w:sz w:val="18"/>
              </w:rPr>
              <w:t>FUNZIONE</w:t>
            </w:r>
          </w:p>
        </w:tc>
        <w:tc>
          <w:tcPr>
            <w:tcW w:w="5669" w:type="dxa"/>
            <w:shd w:val="clear" w:color="auto" w:fill="17365D"/>
            <w:tcMar>
              <w:top w:w="110" w:type="dxa"/>
              <w:left w:w="100" w:type="dxa"/>
              <w:bottom w:w="110" w:type="dxa"/>
              <w:right w:w="100" w:type="dxa"/>
            </w:tcMar>
            <w:vAlign w:val="center"/>
          </w:tcPr>
          <w:p w14:paraId="7561F609" w14:textId="77777777" w:rsidR="00BF4373" w:rsidRDefault="00CE4A92">
            <w:pPr>
              <w:spacing w:after="0"/>
              <w:jc w:val="center"/>
            </w:pPr>
            <w:r>
              <w:rPr>
                <w:b/>
                <w:color w:val="FFFFFF"/>
                <w:sz w:val="18"/>
              </w:rPr>
              <w:t>NOMINATIVO</w:t>
            </w:r>
          </w:p>
        </w:tc>
      </w:tr>
      <w:tr w:rsidR="00BF4373" w14:paraId="6F6883A0" w14:textId="77777777">
        <w:trPr>
          <w:jc w:val="center"/>
        </w:trPr>
        <w:tc>
          <w:tcPr>
            <w:tcW w:w="3969" w:type="dxa"/>
            <w:shd w:val="clear" w:color="auto" w:fill="F4F7FA"/>
            <w:tcMar>
              <w:top w:w="90" w:type="dxa"/>
              <w:left w:w="110" w:type="dxa"/>
              <w:bottom w:w="90" w:type="dxa"/>
              <w:right w:w="110" w:type="dxa"/>
            </w:tcMar>
            <w:vAlign w:val="center"/>
          </w:tcPr>
          <w:p w14:paraId="1558C29F" w14:textId="77777777" w:rsidR="00BF4373" w:rsidRDefault="00CE4A92">
            <w:pPr>
              <w:spacing w:after="0"/>
            </w:pPr>
            <w:r>
              <w:rPr>
                <w:sz w:val="18"/>
              </w:rPr>
              <w:t>1° collaboratore</w:t>
            </w:r>
          </w:p>
        </w:tc>
        <w:tc>
          <w:tcPr>
            <w:tcW w:w="5669" w:type="dxa"/>
            <w:shd w:val="clear" w:color="auto" w:fill="F4F7FA"/>
            <w:tcMar>
              <w:top w:w="90" w:type="dxa"/>
              <w:left w:w="110" w:type="dxa"/>
              <w:bottom w:w="90" w:type="dxa"/>
              <w:right w:w="110" w:type="dxa"/>
            </w:tcMar>
            <w:vAlign w:val="center"/>
          </w:tcPr>
          <w:p w14:paraId="092F1C97" w14:textId="77777777" w:rsidR="00BF4373" w:rsidRDefault="00CE4A92">
            <w:pPr>
              <w:spacing w:after="0"/>
            </w:pPr>
            <w:r>
              <w:rPr>
                <w:sz w:val="18"/>
              </w:rPr>
              <w:t>Pirolli Davide</w:t>
            </w:r>
          </w:p>
        </w:tc>
      </w:tr>
      <w:tr w:rsidR="00BF4373" w14:paraId="7AACADEC" w14:textId="77777777">
        <w:trPr>
          <w:jc w:val="center"/>
        </w:trPr>
        <w:tc>
          <w:tcPr>
            <w:tcW w:w="3969" w:type="dxa"/>
            <w:shd w:val="clear" w:color="auto" w:fill="FFFFFF"/>
            <w:tcMar>
              <w:top w:w="90" w:type="dxa"/>
              <w:left w:w="110" w:type="dxa"/>
              <w:bottom w:w="90" w:type="dxa"/>
              <w:right w:w="110" w:type="dxa"/>
            </w:tcMar>
            <w:vAlign w:val="center"/>
          </w:tcPr>
          <w:p w14:paraId="178E88DD" w14:textId="77777777" w:rsidR="00BF4373" w:rsidRDefault="00CE4A92">
            <w:pPr>
              <w:spacing w:after="0"/>
            </w:pPr>
            <w:r>
              <w:rPr>
                <w:sz w:val="18"/>
              </w:rPr>
              <w:t>2° collaboratore</w:t>
            </w:r>
          </w:p>
        </w:tc>
        <w:tc>
          <w:tcPr>
            <w:tcW w:w="5669" w:type="dxa"/>
            <w:shd w:val="clear" w:color="auto" w:fill="FFFFFF"/>
            <w:tcMar>
              <w:top w:w="90" w:type="dxa"/>
              <w:left w:w="110" w:type="dxa"/>
              <w:bottom w:w="90" w:type="dxa"/>
              <w:right w:w="110" w:type="dxa"/>
            </w:tcMar>
            <w:vAlign w:val="center"/>
          </w:tcPr>
          <w:p w14:paraId="522543F3" w14:textId="77777777" w:rsidR="00BF4373" w:rsidRDefault="00CE4A92">
            <w:pPr>
              <w:spacing w:after="0"/>
            </w:pPr>
            <w:r>
              <w:rPr>
                <w:sz w:val="18"/>
              </w:rPr>
              <w:t>Pergola Daniela</w:t>
            </w:r>
          </w:p>
        </w:tc>
      </w:tr>
    </w:tbl>
    <w:p w14:paraId="4D991F1C" w14:textId="77777777" w:rsidR="00BF4373" w:rsidRDefault="00BF4373">
      <w:pPr>
        <w:spacing w:after="20"/>
      </w:pPr>
    </w:p>
    <w:p w14:paraId="064B5010" w14:textId="77777777" w:rsidR="00BF4373" w:rsidRDefault="00CE4A92">
      <w:pPr>
        <w:pBdr>
          <w:bottom w:val="single" w:sz="18" w:space="4" w:color="2F75B5"/>
        </w:pBdr>
        <w:spacing w:before="200" w:after="120"/>
      </w:pPr>
      <w:r>
        <w:rPr>
          <w:rFonts w:ascii="Aptos Display" w:hAnsi="Aptos Display"/>
          <w:b/>
          <w:color w:val="17365D"/>
          <w:sz w:val="32"/>
        </w:rPr>
        <w:t>REFERENTI DI PLESSO</w:t>
      </w:r>
    </w:p>
    <w:tbl>
      <w:tblPr>
        <w:tblStyle w:val="Grigliatabella"/>
        <w:tblW w:w="0" w:type="auto"/>
        <w:jc w:val="center"/>
        <w:tblBorders>
          <w:top w:val="single" w:sz="6" w:space="0" w:color="B8C7D9"/>
          <w:left w:val="single" w:sz="6" w:space="0" w:color="B8C7D9"/>
          <w:bottom w:val="single" w:sz="6" w:space="0" w:color="B8C7D9"/>
          <w:right w:val="single" w:sz="6" w:space="0" w:color="B8C7D9"/>
          <w:insideH w:val="single" w:sz="6" w:space="0" w:color="B8C7D9"/>
          <w:insideV w:val="single" w:sz="6" w:space="0" w:color="B8C7D9"/>
        </w:tblBorders>
        <w:tblLayout w:type="fixed"/>
        <w:tblLook w:val="04A0" w:firstRow="1" w:lastRow="0" w:firstColumn="1" w:lastColumn="0" w:noHBand="0" w:noVBand="1"/>
      </w:tblPr>
      <w:tblGrid>
        <w:gridCol w:w="4819"/>
        <w:gridCol w:w="4819"/>
      </w:tblGrid>
      <w:tr w:rsidR="00BF4373" w14:paraId="3D05817F" w14:textId="77777777">
        <w:trPr>
          <w:tblHeader/>
          <w:jc w:val="center"/>
        </w:trPr>
        <w:tc>
          <w:tcPr>
            <w:tcW w:w="4819" w:type="dxa"/>
            <w:shd w:val="clear" w:color="auto" w:fill="17365D"/>
            <w:tcMar>
              <w:top w:w="110" w:type="dxa"/>
              <w:left w:w="100" w:type="dxa"/>
              <w:bottom w:w="110" w:type="dxa"/>
              <w:right w:w="100" w:type="dxa"/>
            </w:tcMar>
            <w:vAlign w:val="center"/>
          </w:tcPr>
          <w:p w14:paraId="124B35F4" w14:textId="77777777" w:rsidR="00BF4373" w:rsidRDefault="00CE4A92">
            <w:pPr>
              <w:spacing w:after="0"/>
              <w:jc w:val="center"/>
            </w:pPr>
            <w:r>
              <w:rPr>
                <w:b/>
                <w:color w:val="FFFFFF"/>
                <w:sz w:val="18"/>
              </w:rPr>
              <w:t>PLESSI INFANZIA</w:t>
            </w:r>
          </w:p>
        </w:tc>
        <w:tc>
          <w:tcPr>
            <w:tcW w:w="4819" w:type="dxa"/>
            <w:shd w:val="clear" w:color="auto" w:fill="17365D"/>
            <w:tcMar>
              <w:top w:w="110" w:type="dxa"/>
              <w:left w:w="100" w:type="dxa"/>
              <w:bottom w:w="110" w:type="dxa"/>
              <w:right w:w="100" w:type="dxa"/>
            </w:tcMar>
            <w:vAlign w:val="center"/>
          </w:tcPr>
          <w:p w14:paraId="6A6197B2" w14:textId="77777777" w:rsidR="00BF4373" w:rsidRDefault="00CE4A92">
            <w:pPr>
              <w:spacing w:after="0"/>
              <w:jc w:val="center"/>
            </w:pPr>
            <w:r>
              <w:rPr>
                <w:b/>
                <w:color w:val="FFFFFF"/>
                <w:sz w:val="18"/>
              </w:rPr>
              <w:t>REFERENTE DI PLESSO</w:t>
            </w:r>
          </w:p>
        </w:tc>
      </w:tr>
      <w:tr w:rsidR="00BF4373" w14:paraId="2511B1B4" w14:textId="77777777">
        <w:trPr>
          <w:jc w:val="center"/>
        </w:trPr>
        <w:tc>
          <w:tcPr>
            <w:tcW w:w="4819" w:type="dxa"/>
            <w:shd w:val="clear" w:color="auto" w:fill="F4F7FA"/>
            <w:tcMar>
              <w:top w:w="90" w:type="dxa"/>
              <w:left w:w="110" w:type="dxa"/>
              <w:bottom w:w="90" w:type="dxa"/>
              <w:right w:w="110" w:type="dxa"/>
            </w:tcMar>
            <w:vAlign w:val="center"/>
          </w:tcPr>
          <w:p w14:paraId="1745CC51" w14:textId="77777777" w:rsidR="00BF4373" w:rsidRDefault="00CE4A92">
            <w:pPr>
              <w:spacing w:after="0"/>
            </w:pPr>
            <w:r>
              <w:rPr>
                <w:sz w:val="18"/>
              </w:rPr>
              <w:t>VILLA COMUNALE -EX CASA DELL’EMIGRANTE</w:t>
            </w:r>
          </w:p>
        </w:tc>
        <w:tc>
          <w:tcPr>
            <w:tcW w:w="4819" w:type="dxa"/>
            <w:shd w:val="clear" w:color="auto" w:fill="F4F7FA"/>
            <w:tcMar>
              <w:top w:w="90" w:type="dxa"/>
              <w:left w:w="110" w:type="dxa"/>
              <w:bottom w:w="90" w:type="dxa"/>
              <w:right w:w="110" w:type="dxa"/>
            </w:tcMar>
            <w:vAlign w:val="center"/>
          </w:tcPr>
          <w:p w14:paraId="6BBBF778" w14:textId="77777777" w:rsidR="00BF4373" w:rsidRDefault="00CE4A92">
            <w:pPr>
              <w:spacing w:after="0"/>
            </w:pPr>
            <w:r>
              <w:rPr>
                <w:sz w:val="18"/>
              </w:rPr>
              <w:t>RECCHIA LETIZIA</w:t>
            </w:r>
          </w:p>
        </w:tc>
      </w:tr>
      <w:tr w:rsidR="00BF4373" w14:paraId="2E7A49B0" w14:textId="77777777">
        <w:trPr>
          <w:jc w:val="center"/>
        </w:trPr>
        <w:tc>
          <w:tcPr>
            <w:tcW w:w="4819" w:type="dxa"/>
            <w:shd w:val="clear" w:color="auto" w:fill="FFFFFF"/>
            <w:tcMar>
              <w:top w:w="90" w:type="dxa"/>
              <w:left w:w="110" w:type="dxa"/>
              <w:bottom w:w="90" w:type="dxa"/>
              <w:right w:w="110" w:type="dxa"/>
            </w:tcMar>
            <w:vAlign w:val="center"/>
          </w:tcPr>
          <w:p w14:paraId="32DB0AA7" w14:textId="77777777" w:rsidR="00BF4373" w:rsidRDefault="00CE4A92">
            <w:pPr>
              <w:spacing w:after="0"/>
            </w:pPr>
            <w:r>
              <w:rPr>
                <w:sz w:val="18"/>
              </w:rPr>
              <w:t>OLIVELLA</w:t>
            </w:r>
          </w:p>
        </w:tc>
        <w:tc>
          <w:tcPr>
            <w:tcW w:w="4819" w:type="dxa"/>
            <w:shd w:val="clear" w:color="auto" w:fill="FFFFFF"/>
            <w:tcMar>
              <w:top w:w="90" w:type="dxa"/>
              <w:left w:w="110" w:type="dxa"/>
              <w:bottom w:w="90" w:type="dxa"/>
              <w:right w:w="110" w:type="dxa"/>
            </w:tcMar>
            <w:vAlign w:val="center"/>
          </w:tcPr>
          <w:p w14:paraId="18346E5B" w14:textId="77777777" w:rsidR="00BF4373" w:rsidRDefault="00CE4A92">
            <w:pPr>
              <w:spacing w:after="0"/>
            </w:pPr>
            <w:r>
              <w:rPr>
                <w:sz w:val="18"/>
              </w:rPr>
              <w:t>DI PONIO PAOLA</w:t>
            </w:r>
          </w:p>
        </w:tc>
      </w:tr>
      <w:tr w:rsidR="00BF4373" w14:paraId="4DF2DA92" w14:textId="77777777">
        <w:trPr>
          <w:jc w:val="center"/>
        </w:trPr>
        <w:tc>
          <w:tcPr>
            <w:tcW w:w="4819" w:type="dxa"/>
            <w:shd w:val="clear" w:color="auto" w:fill="F4F7FA"/>
            <w:tcMar>
              <w:top w:w="90" w:type="dxa"/>
              <w:left w:w="110" w:type="dxa"/>
              <w:bottom w:w="90" w:type="dxa"/>
              <w:right w:w="110" w:type="dxa"/>
            </w:tcMar>
            <w:vAlign w:val="center"/>
          </w:tcPr>
          <w:p w14:paraId="2469BA5C" w14:textId="77777777" w:rsidR="00BF4373" w:rsidRDefault="00CE4A92">
            <w:pPr>
              <w:spacing w:after="0"/>
            </w:pPr>
            <w:r>
              <w:rPr>
                <w:sz w:val="18"/>
              </w:rPr>
              <w:t>PORTELLA</w:t>
            </w:r>
          </w:p>
        </w:tc>
        <w:tc>
          <w:tcPr>
            <w:tcW w:w="4819" w:type="dxa"/>
            <w:shd w:val="clear" w:color="auto" w:fill="F4F7FA"/>
            <w:tcMar>
              <w:top w:w="90" w:type="dxa"/>
              <w:left w:w="110" w:type="dxa"/>
              <w:bottom w:w="90" w:type="dxa"/>
              <w:right w:w="110" w:type="dxa"/>
            </w:tcMar>
            <w:vAlign w:val="center"/>
          </w:tcPr>
          <w:p w14:paraId="071F1199" w14:textId="77777777" w:rsidR="00BF4373" w:rsidRDefault="00CE4A92">
            <w:pPr>
              <w:spacing w:after="0"/>
            </w:pPr>
            <w:r>
              <w:rPr>
                <w:sz w:val="18"/>
              </w:rPr>
              <w:t>LANNl MARIA ROSARIA</w:t>
            </w:r>
          </w:p>
        </w:tc>
      </w:tr>
      <w:tr w:rsidR="00BF4373" w14:paraId="3E0C4BC1" w14:textId="77777777">
        <w:trPr>
          <w:jc w:val="center"/>
        </w:trPr>
        <w:tc>
          <w:tcPr>
            <w:tcW w:w="4819" w:type="dxa"/>
            <w:shd w:val="clear" w:color="auto" w:fill="FFFFFF"/>
            <w:tcMar>
              <w:top w:w="90" w:type="dxa"/>
              <w:left w:w="110" w:type="dxa"/>
              <w:bottom w:w="90" w:type="dxa"/>
              <w:right w:w="110" w:type="dxa"/>
            </w:tcMar>
            <w:vAlign w:val="center"/>
          </w:tcPr>
          <w:p w14:paraId="78B7F185" w14:textId="77777777" w:rsidR="00BF4373" w:rsidRDefault="00CE4A92">
            <w:pPr>
              <w:spacing w:after="0"/>
            </w:pPr>
            <w:r>
              <w:rPr>
                <w:sz w:val="18"/>
              </w:rPr>
              <w:t>VALLELUCE</w:t>
            </w:r>
          </w:p>
        </w:tc>
        <w:tc>
          <w:tcPr>
            <w:tcW w:w="4819" w:type="dxa"/>
            <w:shd w:val="clear" w:color="auto" w:fill="FFFFFF"/>
            <w:tcMar>
              <w:top w:w="90" w:type="dxa"/>
              <w:left w:w="110" w:type="dxa"/>
              <w:bottom w:w="90" w:type="dxa"/>
              <w:right w:w="110" w:type="dxa"/>
            </w:tcMar>
            <w:vAlign w:val="center"/>
          </w:tcPr>
          <w:p w14:paraId="43B97D64" w14:textId="77777777" w:rsidR="00BF4373" w:rsidRDefault="00CE4A92">
            <w:pPr>
              <w:spacing w:after="0"/>
            </w:pPr>
            <w:r>
              <w:rPr>
                <w:sz w:val="18"/>
              </w:rPr>
              <w:t>GROSSI SIMONA</w:t>
            </w:r>
          </w:p>
        </w:tc>
      </w:tr>
      <w:tr w:rsidR="00BF4373" w14:paraId="5C49B194" w14:textId="77777777">
        <w:trPr>
          <w:jc w:val="center"/>
        </w:trPr>
        <w:tc>
          <w:tcPr>
            <w:tcW w:w="4819" w:type="dxa"/>
            <w:shd w:val="clear" w:color="auto" w:fill="F4F7FA"/>
            <w:tcMar>
              <w:top w:w="90" w:type="dxa"/>
              <w:left w:w="110" w:type="dxa"/>
              <w:bottom w:w="90" w:type="dxa"/>
              <w:right w:w="110" w:type="dxa"/>
            </w:tcMar>
            <w:vAlign w:val="center"/>
          </w:tcPr>
          <w:p w14:paraId="78C31090" w14:textId="77777777" w:rsidR="00BF4373" w:rsidRDefault="00CE4A92">
            <w:pPr>
              <w:spacing w:after="0"/>
            </w:pPr>
            <w:r>
              <w:rPr>
                <w:sz w:val="18"/>
              </w:rPr>
              <w:t>VALLEROTONDA</w:t>
            </w:r>
          </w:p>
        </w:tc>
        <w:tc>
          <w:tcPr>
            <w:tcW w:w="4819" w:type="dxa"/>
            <w:shd w:val="clear" w:color="auto" w:fill="F4F7FA"/>
            <w:tcMar>
              <w:top w:w="90" w:type="dxa"/>
              <w:left w:w="110" w:type="dxa"/>
              <w:bottom w:w="90" w:type="dxa"/>
              <w:right w:w="110" w:type="dxa"/>
            </w:tcMar>
            <w:vAlign w:val="center"/>
          </w:tcPr>
          <w:p w14:paraId="6E5F6244" w14:textId="77777777" w:rsidR="00BF4373" w:rsidRDefault="00CE4A92">
            <w:pPr>
              <w:spacing w:after="0"/>
            </w:pPr>
            <w:r>
              <w:rPr>
                <w:sz w:val="18"/>
              </w:rPr>
              <w:t>DI VITO PATRIZIA</w:t>
            </w:r>
          </w:p>
        </w:tc>
      </w:tr>
    </w:tbl>
    <w:p w14:paraId="122E63BE" w14:textId="77777777" w:rsidR="00BF4373" w:rsidRDefault="00BF4373">
      <w:pPr>
        <w:spacing w:after="20"/>
      </w:pPr>
    </w:p>
    <w:tbl>
      <w:tblPr>
        <w:tblStyle w:val="Grigliatabella"/>
        <w:tblW w:w="0" w:type="auto"/>
        <w:jc w:val="center"/>
        <w:tblBorders>
          <w:top w:val="single" w:sz="6" w:space="0" w:color="B8C7D9"/>
          <w:left w:val="single" w:sz="6" w:space="0" w:color="B8C7D9"/>
          <w:bottom w:val="single" w:sz="6" w:space="0" w:color="B8C7D9"/>
          <w:right w:val="single" w:sz="6" w:space="0" w:color="B8C7D9"/>
          <w:insideH w:val="single" w:sz="6" w:space="0" w:color="B8C7D9"/>
          <w:insideV w:val="single" w:sz="6" w:space="0" w:color="B8C7D9"/>
        </w:tblBorders>
        <w:tblLayout w:type="fixed"/>
        <w:tblLook w:val="04A0" w:firstRow="1" w:lastRow="0" w:firstColumn="1" w:lastColumn="0" w:noHBand="0" w:noVBand="1"/>
      </w:tblPr>
      <w:tblGrid>
        <w:gridCol w:w="4819"/>
        <w:gridCol w:w="4819"/>
      </w:tblGrid>
      <w:tr w:rsidR="00BF4373" w14:paraId="7D264395" w14:textId="77777777">
        <w:trPr>
          <w:tblHeader/>
          <w:jc w:val="center"/>
        </w:trPr>
        <w:tc>
          <w:tcPr>
            <w:tcW w:w="4819" w:type="dxa"/>
            <w:shd w:val="clear" w:color="auto" w:fill="17365D"/>
            <w:tcMar>
              <w:top w:w="110" w:type="dxa"/>
              <w:left w:w="100" w:type="dxa"/>
              <w:bottom w:w="110" w:type="dxa"/>
              <w:right w:w="100" w:type="dxa"/>
            </w:tcMar>
            <w:vAlign w:val="center"/>
          </w:tcPr>
          <w:p w14:paraId="18B535DC" w14:textId="77777777" w:rsidR="00BF4373" w:rsidRDefault="00CE4A92">
            <w:pPr>
              <w:spacing w:after="0"/>
              <w:jc w:val="center"/>
            </w:pPr>
            <w:r>
              <w:rPr>
                <w:b/>
                <w:color w:val="FFFFFF"/>
                <w:sz w:val="18"/>
              </w:rPr>
              <w:t>PLESSI PRIMARIA</w:t>
            </w:r>
          </w:p>
        </w:tc>
        <w:tc>
          <w:tcPr>
            <w:tcW w:w="4819" w:type="dxa"/>
            <w:shd w:val="clear" w:color="auto" w:fill="17365D"/>
            <w:tcMar>
              <w:top w:w="110" w:type="dxa"/>
              <w:left w:w="100" w:type="dxa"/>
              <w:bottom w:w="110" w:type="dxa"/>
              <w:right w:w="100" w:type="dxa"/>
            </w:tcMar>
            <w:vAlign w:val="center"/>
          </w:tcPr>
          <w:p w14:paraId="7ADFF77C" w14:textId="77777777" w:rsidR="00BF4373" w:rsidRDefault="00CE4A92">
            <w:pPr>
              <w:spacing w:after="0"/>
              <w:jc w:val="center"/>
            </w:pPr>
            <w:r>
              <w:rPr>
                <w:b/>
                <w:color w:val="FFFFFF"/>
                <w:sz w:val="18"/>
              </w:rPr>
              <w:t>REFERENTE DI PLESSO</w:t>
            </w:r>
          </w:p>
        </w:tc>
      </w:tr>
      <w:tr w:rsidR="00BF4373" w14:paraId="0A8D8E3D" w14:textId="77777777">
        <w:trPr>
          <w:jc w:val="center"/>
        </w:trPr>
        <w:tc>
          <w:tcPr>
            <w:tcW w:w="4819" w:type="dxa"/>
            <w:shd w:val="clear" w:color="auto" w:fill="F4F7FA"/>
            <w:tcMar>
              <w:top w:w="90" w:type="dxa"/>
              <w:left w:w="110" w:type="dxa"/>
              <w:bottom w:w="90" w:type="dxa"/>
              <w:right w:w="110" w:type="dxa"/>
            </w:tcMar>
            <w:vAlign w:val="center"/>
          </w:tcPr>
          <w:p w14:paraId="3FFBAEEE" w14:textId="77777777" w:rsidR="00BF4373" w:rsidRDefault="00CE4A92">
            <w:pPr>
              <w:spacing w:after="0"/>
            </w:pPr>
            <w:r>
              <w:rPr>
                <w:sz w:val="18"/>
              </w:rPr>
              <w:t>F. ARPINO</w:t>
            </w:r>
          </w:p>
        </w:tc>
        <w:tc>
          <w:tcPr>
            <w:tcW w:w="4819" w:type="dxa"/>
            <w:shd w:val="clear" w:color="auto" w:fill="F4F7FA"/>
            <w:tcMar>
              <w:top w:w="90" w:type="dxa"/>
              <w:left w:w="110" w:type="dxa"/>
              <w:bottom w:w="90" w:type="dxa"/>
              <w:right w:w="110" w:type="dxa"/>
            </w:tcMar>
            <w:vAlign w:val="center"/>
          </w:tcPr>
          <w:p w14:paraId="3572A76B" w14:textId="77777777" w:rsidR="00BF4373" w:rsidRDefault="00CE4A92">
            <w:pPr>
              <w:spacing w:after="0"/>
            </w:pPr>
            <w:r>
              <w:rPr>
                <w:sz w:val="18"/>
              </w:rPr>
              <w:t>LANNI ANGELA T.P., PAD. B FIONDA GABRIELLA T.N. PAD.A</w:t>
            </w:r>
          </w:p>
        </w:tc>
      </w:tr>
      <w:tr w:rsidR="00BF4373" w14:paraId="0DBF6194" w14:textId="77777777">
        <w:trPr>
          <w:jc w:val="center"/>
        </w:trPr>
        <w:tc>
          <w:tcPr>
            <w:tcW w:w="4819" w:type="dxa"/>
            <w:shd w:val="clear" w:color="auto" w:fill="FFFFFF"/>
            <w:tcMar>
              <w:top w:w="90" w:type="dxa"/>
              <w:left w:w="110" w:type="dxa"/>
              <w:bottom w:w="90" w:type="dxa"/>
              <w:right w:w="110" w:type="dxa"/>
            </w:tcMar>
            <w:vAlign w:val="center"/>
          </w:tcPr>
          <w:p w14:paraId="73966FE2" w14:textId="77777777" w:rsidR="00BF4373" w:rsidRDefault="00CE4A92">
            <w:pPr>
              <w:spacing w:after="0"/>
            </w:pPr>
            <w:r>
              <w:rPr>
                <w:sz w:val="18"/>
              </w:rPr>
              <w:t>OLIVELLA</w:t>
            </w:r>
          </w:p>
        </w:tc>
        <w:tc>
          <w:tcPr>
            <w:tcW w:w="4819" w:type="dxa"/>
            <w:shd w:val="clear" w:color="auto" w:fill="FFFFFF"/>
            <w:tcMar>
              <w:top w:w="90" w:type="dxa"/>
              <w:left w:w="110" w:type="dxa"/>
              <w:bottom w:w="90" w:type="dxa"/>
              <w:right w:w="110" w:type="dxa"/>
            </w:tcMar>
            <w:vAlign w:val="center"/>
          </w:tcPr>
          <w:p w14:paraId="6D4F1401" w14:textId="77777777" w:rsidR="00BF4373" w:rsidRDefault="00CE4A92">
            <w:pPr>
              <w:spacing w:after="0"/>
            </w:pPr>
            <w:r>
              <w:rPr>
                <w:sz w:val="18"/>
              </w:rPr>
              <w:t>DI PONIO PAOLA</w:t>
            </w:r>
          </w:p>
        </w:tc>
      </w:tr>
      <w:tr w:rsidR="00BF4373" w14:paraId="2A2F69FF" w14:textId="77777777">
        <w:trPr>
          <w:jc w:val="center"/>
        </w:trPr>
        <w:tc>
          <w:tcPr>
            <w:tcW w:w="4819" w:type="dxa"/>
            <w:shd w:val="clear" w:color="auto" w:fill="F4F7FA"/>
            <w:tcMar>
              <w:top w:w="90" w:type="dxa"/>
              <w:left w:w="110" w:type="dxa"/>
              <w:bottom w:w="90" w:type="dxa"/>
              <w:right w:w="110" w:type="dxa"/>
            </w:tcMar>
            <w:vAlign w:val="center"/>
          </w:tcPr>
          <w:p w14:paraId="020F1DF2" w14:textId="77777777" w:rsidR="00BF4373" w:rsidRDefault="00CE4A92">
            <w:pPr>
              <w:spacing w:after="0"/>
            </w:pPr>
            <w:r>
              <w:rPr>
                <w:sz w:val="18"/>
              </w:rPr>
              <w:t>VALLEROTONDA</w:t>
            </w:r>
          </w:p>
        </w:tc>
        <w:tc>
          <w:tcPr>
            <w:tcW w:w="4819" w:type="dxa"/>
            <w:shd w:val="clear" w:color="auto" w:fill="F4F7FA"/>
            <w:tcMar>
              <w:top w:w="90" w:type="dxa"/>
              <w:left w:w="110" w:type="dxa"/>
              <w:bottom w:w="90" w:type="dxa"/>
              <w:right w:w="110" w:type="dxa"/>
            </w:tcMar>
            <w:vAlign w:val="center"/>
          </w:tcPr>
          <w:p w14:paraId="18FC82B7" w14:textId="77777777" w:rsidR="00BF4373" w:rsidRDefault="00CE4A92">
            <w:pPr>
              <w:spacing w:after="0"/>
            </w:pPr>
            <w:r>
              <w:rPr>
                <w:sz w:val="18"/>
              </w:rPr>
              <w:t>CAPORUSSO CARLA</w:t>
            </w:r>
          </w:p>
        </w:tc>
      </w:tr>
    </w:tbl>
    <w:p w14:paraId="78021900" w14:textId="77777777" w:rsidR="00BF4373" w:rsidRDefault="00BF4373">
      <w:pPr>
        <w:spacing w:after="20"/>
      </w:pPr>
    </w:p>
    <w:tbl>
      <w:tblPr>
        <w:tblStyle w:val="Grigliatabella"/>
        <w:tblW w:w="0" w:type="auto"/>
        <w:jc w:val="center"/>
        <w:tblBorders>
          <w:top w:val="single" w:sz="6" w:space="0" w:color="B8C7D9"/>
          <w:left w:val="single" w:sz="6" w:space="0" w:color="B8C7D9"/>
          <w:bottom w:val="single" w:sz="6" w:space="0" w:color="B8C7D9"/>
          <w:right w:val="single" w:sz="6" w:space="0" w:color="B8C7D9"/>
          <w:insideH w:val="single" w:sz="6" w:space="0" w:color="B8C7D9"/>
          <w:insideV w:val="single" w:sz="6" w:space="0" w:color="B8C7D9"/>
        </w:tblBorders>
        <w:tblLayout w:type="fixed"/>
        <w:tblLook w:val="04A0" w:firstRow="1" w:lastRow="0" w:firstColumn="1" w:lastColumn="0" w:noHBand="0" w:noVBand="1"/>
      </w:tblPr>
      <w:tblGrid>
        <w:gridCol w:w="4819"/>
        <w:gridCol w:w="4819"/>
      </w:tblGrid>
      <w:tr w:rsidR="00BF4373" w14:paraId="4E4C49AC" w14:textId="77777777">
        <w:trPr>
          <w:tblHeader/>
          <w:jc w:val="center"/>
        </w:trPr>
        <w:tc>
          <w:tcPr>
            <w:tcW w:w="4819" w:type="dxa"/>
            <w:shd w:val="clear" w:color="auto" w:fill="17365D"/>
            <w:tcMar>
              <w:top w:w="110" w:type="dxa"/>
              <w:left w:w="100" w:type="dxa"/>
              <w:bottom w:w="110" w:type="dxa"/>
              <w:right w:w="100" w:type="dxa"/>
            </w:tcMar>
            <w:vAlign w:val="center"/>
          </w:tcPr>
          <w:p w14:paraId="03860C24" w14:textId="77777777" w:rsidR="00BF4373" w:rsidRDefault="00CE4A92">
            <w:pPr>
              <w:spacing w:after="0"/>
              <w:jc w:val="center"/>
            </w:pPr>
            <w:r>
              <w:rPr>
                <w:b/>
                <w:color w:val="FFFFFF"/>
                <w:sz w:val="18"/>
              </w:rPr>
              <w:t>PLESSI SECONDARIA DI I GRADO</w:t>
            </w:r>
          </w:p>
        </w:tc>
        <w:tc>
          <w:tcPr>
            <w:tcW w:w="4819" w:type="dxa"/>
            <w:shd w:val="clear" w:color="auto" w:fill="17365D"/>
            <w:tcMar>
              <w:top w:w="110" w:type="dxa"/>
              <w:left w:w="100" w:type="dxa"/>
              <w:bottom w:w="110" w:type="dxa"/>
              <w:right w:w="100" w:type="dxa"/>
            </w:tcMar>
            <w:vAlign w:val="center"/>
          </w:tcPr>
          <w:p w14:paraId="488C6D5C" w14:textId="77777777" w:rsidR="00BF4373" w:rsidRDefault="00CE4A92">
            <w:pPr>
              <w:spacing w:after="0"/>
              <w:jc w:val="center"/>
            </w:pPr>
            <w:r>
              <w:rPr>
                <w:b/>
                <w:color w:val="FFFFFF"/>
                <w:sz w:val="18"/>
              </w:rPr>
              <w:t>REFERENTE DI PLESSO</w:t>
            </w:r>
          </w:p>
        </w:tc>
      </w:tr>
      <w:tr w:rsidR="00BF4373" w14:paraId="0A53D535" w14:textId="77777777">
        <w:trPr>
          <w:jc w:val="center"/>
        </w:trPr>
        <w:tc>
          <w:tcPr>
            <w:tcW w:w="4819" w:type="dxa"/>
            <w:shd w:val="clear" w:color="auto" w:fill="F4F7FA"/>
            <w:tcMar>
              <w:top w:w="90" w:type="dxa"/>
              <w:left w:w="110" w:type="dxa"/>
              <w:bottom w:w="90" w:type="dxa"/>
              <w:right w:w="110" w:type="dxa"/>
            </w:tcMar>
            <w:vAlign w:val="center"/>
          </w:tcPr>
          <w:p w14:paraId="5FB330DC" w14:textId="77777777" w:rsidR="00BF4373" w:rsidRDefault="00CE4A92">
            <w:pPr>
              <w:spacing w:after="0"/>
            </w:pPr>
            <w:r>
              <w:rPr>
                <w:sz w:val="18"/>
              </w:rPr>
              <w:t>A. SANTILLI</w:t>
            </w:r>
          </w:p>
        </w:tc>
        <w:tc>
          <w:tcPr>
            <w:tcW w:w="4819" w:type="dxa"/>
            <w:shd w:val="clear" w:color="auto" w:fill="F4F7FA"/>
            <w:tcMar>
              <w:top w:w="90" w:type="dxa"/>
              <w:left w:w="110" w:type="dxa"/>
              <w:bottom w:w="90" w:type="dxa"/>
              <w:right w:w="110" w:type="dxa"/>
            </w:tcMar>
            <w:vAlign w:val="center"/>
          </w:tcPr>
          <w:p w14:paraId="78665EE8" w14:textId="77777777" w:rsidR="00BF4373" w:rsidRDefault="00CE4A92">
            <w:pPr>
              <w:spacing w:after="0"/>
            </w:pPr>
            <w:r>
              <w:rPr>
                <w:sz w:val="18"/>
              </w:rPr>
              <w:t>AZZOLI BARBARA</w:t>
            </w:r>
          </w:p>
        </w:tc>
      </w:tr>
      <w:tr w:rsidR="00BF4373" w14:paraId="72D32053" w14:textId="77777777">
        <w:trPr>
          <w:jc w:val="center"/>
        </w:trPr>
        <w:tc>
          <w:tcPr>
            <w:tcW w:w="4819" w:type="dxa"/>
            <w:shd w:val="clear" w:color="auto" w:fill="FFFFFF"/>
            <w:tcMar>
              <w:top w:w="90" w:type="dxa"/>
              <w:left w:w="110" w:type="dxa"/>
              <w:bottom w:w="90" w:type="dxa"/>
              <w:right w:w="110" w:type="dxa"/>
            </w:tcMar>
            <w:vAlign w:val="center"/>
          </w:tcPr>
          <w:p w14:paraId="4D270D86" w14:textId="77777777" w:rsidR="00BF4373" w:rsidRDefault="00CE4A92">
            <w:pPr>
              <w:spacing w:after="0"/>
            </w:pPr>
            <w:r>
              <w:rPr>
                <w:sz w:val="18"/>
              </w:rPr>
              <w:t>VALLEROTONDA</w:t>
            </w:r>
          </w:p>
        </w:tc>
        <w:tc>
          <w:tcPr>
            <w:tcW w:w="4819" w:type="dxa"/>
            <w:shd w:val="clear" w:color="auto" w:fill="FFFFFF"/>
            <w:tcMar>
              <w:top w:w="90" w:type="dxa"/>
              <w:left w:w="110" w:type="dxa"/>
              <w:bottom w:w="90" w:type="dxa"/>
              <w:right w:w="110" w:type="dxa"/>
            </w:tcMar>
            <w:vAlign w:val="center"/>
          </w:tcPr>
          <w:p w14:paraId="6E3E9B27" w14:textId="77777777" w:rsidR="00BF4373" w:rsidRDefault="00CE4A92">
            <w:pPr>
              <w:spacing w:after="0"/>
            </w:pPr>
            <w:r>
              <w:rPr>
                <w:sz w:val="18"/>
              </w:rPr>
              <w:t>AZZOLI BARBARA</w:t>
            </w:r>
          </w:p>
        </w:tc>
      </w:tr>
    </w:tbl>
    <w:p w14:paraId="288C056B" w14:textId="77777777" w:rsidR="00BF4373" w:rsidRDefault="00BF4373">
      <w:pPr>
        <w:spacing w:after="20"/>
      </w:pPr>
    </w:p>
    <w:p w14:paraId="1EB897B0" w14:textId="77777777" w:rsidR="00BF4373" w:rsidRDefault="00CE4A92">
      <w:pPr>
        <w:pBdr>
          <w:bottom w:val="single" w:sz="18" w:space="4" w:color="2F75B5"/>
        </w:pBdr>
        <w:spacing w:before="200" w:after="120"/>
      </w:pPr>
      <w:r>
        <w:rPr>
          <w:rFonts w:ascii="Aptos Display" w:hAnsi="Aptos Display"/>
          <w:b/>
          <w:color w:val="17365D"/>
          <w:sz w:val="32"/>
        </w:rPr>
        <w:t>COORDINATORI DI SEZIONE / CLASSE</w:t>
      </w:r>
    </w:p>
    <w:tbl>
      <w:tblPr>
        <w:tblStyle w:val="Grigliatabella"/>
        <w:tblW w:w="0" w:type="auto"/>
        <w:jc w:val="center"/>
        <w:tblBorders>
          <w:top w:val="single" w:sz="6" w:space="0" w:color="B8C7D9"/>
          <w:left w:val="single" w:sz="6" w:space="0" w:color="B8C7D9"/>
          <w:bottom w:val="single" w:sz="6" w:space="0" w:color="B8C7D9"/>
          <w:right w:val="single" w:sz="6" w:space="0" w:color="B8C7D9"/>
          <w:insideH w:val="single" w:sz="6" w:space="0" w:color="B8C7D9"/>
          <w:insideV w:val="single" w:sz="6" w:space="0" w:color="B8C7D9"/>
        </w:tblBorders>
        <w:tblLayout w:type="fixed"/>
        <w:tblLook w:val="04A0" w:firstRow="1" w:lastRow="0" w:firstColumn="1" w:lastColumn="0" w:noHBand="0" w:noVBand="1"/>
      </w:tblPr>
      <w:tblGrid>
        <w:gridCol w:w="4252"/>
        <w:gridCol w:w="1984"/>
        <w:gridCol w:w="3402"/>
      </w:tblGrid>
      <w:tr w:rsidR="00BF4373" w14:paraId="38329C48" w14:textId="77777777">
        <w:trPr>
          <w:tblHeader/>
          <w:jc w:val="center"/>
        </w:trPr>
        <w:tc>
          <w:tcPr>
            <w:tcW w:w="4252" w:type="dxa"/>
            <w:shd w:val="clear" w:color="auto" w:fill="17365D"/>
            <w:tcMar>
              <w:top w:w="110" w:type="dxa"/>
              <w:left w:w="100" w:type="dxa"/>
              <w:bottom w:w="110" w:type="dxa"/>
              <w:right w:w="100" w:type="dxa"/>
            </w:tcMar>
            <w:vAlign w:val="center"/>
          </w:tcPr>
          <w:p w14:paraId="2AA00F29" w14:textId="77777777" w:rsidR="00BF4373" w:rsidRDefault="00CE4A92">
            <w:pPr>
              <w:spacing w:after="0"/>
              <w:jc w:val="center"/>
            </w:pPr>
            <w:r>
              <w:rPr>
                <w:b/>
                <w:color w:val="FFFFFF"/>
                <w:sz w:val="18"/>
              </w:rPr>
              <w:t>PLESSO</w:t>
            </w:r>
          </w:p>
        </w:tc>
        <w:tc>
          <w:tcPr>
            <w:tcW w:w="1984" w:type="dxa"/>
            <w:shd w:val="clear" w:color="auto" w:fill="17365D"/>
            <w:tcMar>
              <w:top w:w="110" w:type="dxa"/>
              <w:left w:w="100" w:type="dxa"/>
              <w:bottom w:w="110" w:type="dxa"/>
              <w:right w:w="100" w:type="dxa"/>
            </w:tcMar>
            <w:vAlign w:val="center"/>
          </w:tcPr>
          <w:p w14:paraId="597251AA" w14:textId="77777777" w:rsidR="00BF4373" w:rsidRDefault="00CE4A92">
            <w:pPr>
              <w:spacing w:after="0"/>
              <w:jc w:val="center"/>
            </w:pPr>
            <w:r>
              <w:rPr>
                <w:b/>
                <w:color w:val="FFFFFF"/>
                <w:sz w:val="18"/>
              </w:rPr>
              <w:t>SEZIONE</w:t>
            </w:r>
          </w:p>
        </w:tc>
        <w:tc>
          <w:tcPr>
            <w:tcW w:w="3402" w:type="dxa"/>
            <w:shd w:val="clear" w:color="auto" w:fill="17365D"/>
            <w:tcMar>
              <w:top w:w="110" w:type="dxa"/>
              <w:left w:w="100" w:type="dxa"/>
              <w:bottom w:w="110" w:type="dxa"/>
              <w:right w:w="100" w:type="dxa"/>
            </w:tcMar>
            <w:vAlign w:val="center"/>
          </w:tcPr>
          <w:p w14:paraId="11B3C253" w14:textId="77777777" w:rsidR="00BF4373" w:rsidRDefault="00CE4A92">
            <w:pPr>
              <w:spacing w:after="0"/>
              <w:jc w:val="center"/>
            </w:pPr>
            <w:r>
              <w:rPr>
                <w:b/>
                <w:color w:val="FFFFFF"/>
                <w:sz w:val="18"/>
              </w:rPr>
              <w:t>COORDINATORE</w:t>
            </w:r>
          </w:p>
        </w:tc>
      </w:tr>
      <w:tr w:rsidR="00BF4373" w14:paraId="0463A180" w14:textId="77777777">
        <w:trPr>
          <w:jc w:val="center"/>
        </w:trPr>
        <w:tc>
          <w:tcPr>
            <w:tcW w:w="4252" w:type="dxa"/>
            <w:shd w:val="clear" w:color="auto" w:fill="F4F7FA"/>
            <w:tcMar>
              <w:top w:w="90" w:type="dxa"/>
              <w:left w:w="110" w:type="dxa"/>
              <w:bottom w:w="90" w:type="dxa"/>
              <w:right w:w="110" w:type="dxa"/>
            </w:tcMar>
            <w:vAlign w:val="center"/>
          </w:tcPr>
          <w:p w14:paraId="08A23D7E" w14:textId="77777777" w:rsidR="00BF4373" w:rsidRDefault="00CE4A92">
            <w:pPr>
              <w:spacing w:after="0"/>
            </w:pPr>
            <w:r>
              <w:rPr>
                <w:sz w:val="17"/>
              </w:rPr>
              <w:t>VILLA COMUNALE</w:t>
            </w:r>
          </w:p>
        </w:tc>
        <w:tc>
          <w:tcPr>
            <w:tcW w:w="1984" w:type="dxa"/>
            <w:shd w:val="clear" w:color="auto" w:fill="F4F7FA"/>
            <w:tcMar>
              <w:top w:w="90" w:type="dxa"/>
              <w:left w:w="110" w:type="dxa"/>
              <w:bottom w:w="90" w:type="dxa"/>
              <w:right w:w="110" w:type="dxa"/>
            </w:tcMar>
            <w:vAlign w:val="center"/>
          </w:tcPr>
          <w:p w14:paraId="531DBB40" w14:textId="77777777" w:rsidR="00BF4373" w:rsidRDefault="00CE4A92">
            <w:pPr>
              <w:spacing w:after="0"/>
            </w:pPr>
            <w:r>
              <w:rPr>
                <w:sz w:val="17"/>
              </w:rPr>
              <w:t>A</w:t>
            </w:r>
          </w:p>
        </w:tc>
        <w:tc>
          <w:tcPr>
            <w:tcW w:w="3402" w:type="dxa"/>
            <w:shd w:val="clear" w:color="auto" w:fill="F4F7FA"/>
            <w:tcMar>
              <w:top w:w="90" w:type="dxa"/>
              <w:left w:w="110" w:type="dxa"/>
              <w:bottom w:w="90" w:type="dxa"/>
              <w:right w:w="110" w:type="dxa"/>
            </w:tcMar>
            <w:vAlign w:val="center"/>
          </w:tcPr>
          <w:p w14:paraId="36A57419" w14:textId="77777777" w:rsidR="00BF4373" w:rsidRDefault="00CE4A92">
            <w:pPr>
              <w:spacing w:after="0"/>
            </w:pPr>
            <w:r>
              <w:rPr>
                <w:sz w:val="17"/>
              </w:rPr>
              <w:t>FIORITO GRAZIELLA</w:t>
            </w:r>
          </w:p>
        </w:tc>
      </w:tr>
      <w:tr w:rsidR="00BF4373" w14:paraId="10537631" w14:textId="77777777">
        <w:trPr>
          <w:jc w:val="center"/>
        </w:trPr>
        <w:tc>
          <w:tcPr>
            <w:tcW w:w="4252" w:type="dxa"/>
            <w:shd w:val="clear" w:color="auto" w:fill="FFFFFF"/>
            <w:tcMar>
              <w:top w:w="90" w:type="dxa"/>
              <w:left w:w="110" w:type="dxa"/>
              <w:bottom w:w="90" w:type="dxa"/>
              <w:right w:w="110" w:type="dxa"/>
            </w:tcMar>
            <w:vAlign w:val="center"/>
          </w:tcPr>
          <w:p w14:paraId="7D376ABC" w14:textId="77777777" w:rsidR="00BF4373" w:rsidRDefault="00CE4A92">
            <w:pPr>
              <w:spacing w:after="0"/>
            </w:pPr>
            <w:r>
              <w:rPr>
                <w:sz w:val="17"/>
              </w:rPr>
              <w:t>VILLA COMUNALE</w:t>
            </w:r>
          </w:p>
        </w:tc>
        <w:tc>
          <w:tcPr>
            <w:tcW w:w="1984" w:type="dxa"/>
            <w:shd w:val="clear" w:color="auto" w:fill="FFFFFF"/>
            <w:tcMar>
              <w:top w:w="90" w:type="dxa"/>
              <w:left w:w="110" w:type="dxa"/>
              <w:bottom w:w="90" w:type="dxa"/>
              <w:right w:w="110" w:type="dxa"/>
            </w:tcMar>
            <w:vAlign w:val="center"/>
          </w:tcPr>
          <w:p w14:paraId="5206BA30" w14:textId="77777777" w:rsidR="00BF4373" w:rsidRDefault="00CE4A92">
            <w:pPr>
              <w:spacing w:after="0"/>
            </w:pPr>
            <w:r>
              <w:rPr>
                <w:sz w:val="17"/>
              </w:rPr>
              <w:t>B</w:t>
            </w:r>
          </w:p>
        </w:tc>
        <w:tc>
          <w:tcPr>
            <w:tcW w:w="3402" w:type="dxa"/>
            <w:shd w:val="clear" w:color="auto" w:fill="FFFFFF"/>
            <w:tcMar>
              <w:top w:w="90" w:type="dxa"/>
              <w:left w:w="110" w:type="dxa"/>
              <w:bottom w:w="90" w:type="dxa"/>
              <w:right w:w="110" w:type="dxa"/>
            </w:tcMar>
            <w:vAlign w:val="center"/>
          </w:tcPr>
          <w:p w14:paraId="6721A212" w14:textId="77777777" w:rsidR="00BF4373" w:rsidRDefault="00CE4A92">
            <w:pPr>
              <w:spacing w:after="0"/>
            </w:pPr>
            <w:r>
              <w:rPr>
                <w:sz w:val="17"/>
              </w:rPr>
              <w:t>DE MARCO MARISA</w:t>
            </w:r>
          </w:p>
        </w:tc>
      </w:tr>
      <w:tr w:rsidR="00BF4373" w14:paraId="0DCD6DC0" w14:textId="77777777">
        <w:trPr>
          <w:jc w:val="center"/>
        </w:trPr>
        <w:tc>
          <w:tcPr>
            <w:tcW w:w="4252" w:type="dxa"/>
            <w:shd w:val="clear" w:color="auto" w:fill="F4F7FA"/>
            <w:tcMar>
              <w:top w:w="90" w:type="dxa"/>
              <w:left w:w="110" w:type="dxa"/>
              <w:bottom w:w="90" w:type="dxa"/>
              <w:right w:w="110" w:type="dxa"/>
            </w:tcMar>
            <w:vAlign w:val="center"/>
          </w:tcPr>
          <w:p w14:paraId="6CE9ED9F" w14:textId="77777777" w:rsidR="00BF4373" w:rsidRDefault="00CE4A92">
            <w:pPr>
              <w:spacing w:after="0"/>
            </w:pPr>
            <w:r>
              <w:rPr>
                <w:sz w:val="17"/>
              </w:rPr>
              <w:t>VILLA COMUNALE</w:t>
            </w:r>
          </w:p>
        </w:tc>
        <w:tc>
          <w:tcPr>
            <w:tcW w:w="1984" w:type="dxa"/>
            <w:shd w:val="clear" w:color="auto" w:fill="F4F7FA"/>
            <w:tcMar>
              <w:top w:w="90" w:type="dxa"/>
              <w:left w:w="110" w:type="dxa"/>
              <w:bottom w:w="90" w:type="dxa"/>
              <w:right w:w="110" w:type="dxa"/>
            </w:tcMar>
            <w:vAlign w:val="center"/>
          </w:tcPr>
          <w:p w14:paraId="654DD2F6" w14:textId="77777777" w:rsidR="00BF4373" w:rsidRDefault="00CE4A92">
            <w:pPr>
              <w:spacing w:after="0"/>
            </w:pPr>
            <w:r>
              <w:rPr>
                <w:sz w:val="17"/>
              </w:rPr>
              <w:t>C</w:t>
            </w:r>
          </w:p>
        </w:tc>
        <w:tc>
          <w:tcPr>
            <w:tcW w:w="3402" w:type="dxa"/>
            <w:shd w:val="clear" w:color="auto" w:fill="F4F7FA"/>
            <w:tcMar>
              <w:top w:w="90" w:type="dxa"/>
              <w:left w:w="110" w:type="dxa"/>
              <w:bottom w:w="90" w:type="dxa"/>
              <w:right w:w="110" w:type="dxa"/>
            </w:tcMar>
            <w:vAlign w:val="center"/>
          </w:tcPr>
          <w:p w14:paraId="75A31E47" w14:textId="77777777" w:rsidR="00BF4373" w:rsidRDefault="00CE4A92">
            <w:pPr>
              <w:spacing w:after="0"/>
            </w:pPr>
            <w:r>
              <w:rPr>
                <w:sz w:val="17"/>
              </w:rPr>
              <w:t>GENOVESE SILVIA</w:t>
            </w:r>
          </w:p>
        </w:tc>
      </w:tr>
      <w:tr w:rsidR="00BF4373" w14:paraId="02C30741" w14:textId="77777777">
        <w:trPr>
          <w:jc w:val="center"/>
        </w:trPr>
        <w:tc>
          <w:tcPr>
            <w:tcW w:w="4252" w:type="dxa"/>
            <w:shd w:val="clear" w:color="auto" w:fill="FFFFFF"/>
            <w:tcMar>
              <w:top w:w="90" w:type="dxa"/>
              <w:left w:w="110" w:type="dxa"/>
              <w:bottom w:w="90" w:type="dxa"/>
              <w:right w:w="110" w:type="dxa"/>
            </w:tcMar>
            <w:vAlign w:val="center"/>
          </w:tcPr>
          <w:p w14:paraId="1CF81E37" w14:textId="77777777" w:rsidR="00BF4373" w:rsidRDefault="00CE4A92">
            <w:pPr>
              <w:spacing w:after="0"/>
            </w:pPr>
            <w:r>
              <w:rPr>
                <w:sz w:val="17"/>
              </w:rPr>
              <w:t>GUADO OLIVETO (EX CASA DELL’EMIGRANTE)</w:t>
            </w:r>
          </w:p>
        </w:tc>
        <w:tc>
          <w:tcPr>
            <w:tcW w:w="1984" w:type="dxa"/>
            <w:shd w:val="clear" w:color="auto" w:fill="FFFFFF"/>
            <w:tcMar>
              <w:top w:w="90" w:type="dxa"/>
              <w:left w:w="110" w:type="dxa"/>
              <w:bottom w:w="90" w:type="dxa"/>
              <w:right w:w="110" w:type="dxa"/>
            </w:tcMar>
            <w:vAlign w:val="center"/>
          </w:tcPr>
          <w:p w14:paraId="75ABF80C" w14:textId="77777777" w:rsidR="00BF4373" w:rsidRDefault="00CE4A92">
            <w:pPr>
              <w:spacing w:after="0"/>
            </w:pPr>
            <w:r>
              <w:rPr>
                <w:sz w:val="17"/>
              </w:rPr>
              <w:t>UNICA</w:t>
            </w:r>
          </w:p>
        </w:tc>
        <w:tc>
          <w:tcPr>
            <w:tcW w:w="3402" w:type="dxa"/>
            <w:shd w:val="clear" w:color="auto" w:fill="FFFFFF"/>
            <w:tcMar>
              <w:top w:w="90" w:type="dxa"/>
              <w:left w:w="110" w:type="dxa"/>
              <w:bottom w:w="90" w:type="dxa"/>
              <w:right w:w="110" w:type="dxa"/>
            </w:tcMar>
            <w:vAlign w:val="center"/>
          </w:tcPr>
          <w:p w14:paraId="6157DCEB" w14:textId="77777777" w:rsidR="00BF4373" w:rsidRDefault="00CE4A92">
            <w:pPr>
              <w:spacing w:after="0"/>
            </w:pPr>
            <w:r>
              <w:rPr>
                <w:sz w:val="17"/>
              </w:rPr>
              <w:t>RIZZA VELIA</w:t>
            </w:r>
          </w:p>
        </w:tc>
      </w:tr>
      <w:tr w:rsidR="00BF4373" w14:paraId="22C8F587" w14:textId="77777777">
        <w:trPr>
          <w:jc w:val="center"/>
        </w:trPr>
        <w:tc>
          <w:tcPr>
            <w:tcW w:w="4252" w:type="dxa"/>
            <w:shd w:val="clear" w:color="auto" w:fill="F4F7FA"/>
            <w:tcMar>
              <w:top w:w="90" w:type="dxa"/>
              <w:left w:w="110" w:type="dxa"/>
              <w:bottom w:w="90" w:type="dxa"/>
              <w:right w:w="110" w:type="dxa"/>
            </w:tcMar>
            <w:vAlign w:val="center"/>
          </w:tcPr>
          <w:p w14:paraId="0EFA00F6" w14:textId="77777777" w:rsidR="00BF4373" w:rsidRDefault="00CE4A92">
            <w:pPr>
              <w:spacing w:after="0"/>
            </w:pPr>
            <w:r>
              <w:rPr>
                <w:sz w:val="17"/>
              </w:rPr>
              <w:t>OLIVELLA</w:t>
            </w:r>
          </w:p>
        </w:tc>
        <w:tc>
          <w:tcPr>
            <w:tcW w:w="1984" w:type="dxa"/>
            <w:shd w:val="clear" w:color="auto" w:fill="F4F7FA"/>
            <w:tcMar>
              <w:top w:w="90" w:type="dxa"/>
              <w:left w:w="110" w:type="dxa"/>
              <w:bottom w:w="90" w:type="dxa"/>
              <w:right w:w="110" w:type="dxa"/>
            </w:tcMar>
            <w:vAlign w:val="center"/>
          </w:tcPr>
          <w:p w14:paraId="2803A7A0" w14:textId="77777777" w:rsidR="00BF4373" w:rsidRDefault="00CE4A92">
            <w:pPr>
              <w:spacing w:after="0"/>
            </w:pPr>
            <w:r>
              <w:rPr>
                <w:sz w:val="17"/>
              </w:rPr>
              <w:t>UNICA</w:t>
            </w:r>
          </w:p>
        </w:tc>
        <w:tc>
          <w:tcPr>
            <w:tcW w:w="3402" w:type="dxa"/>
            <w:shd w:val="clear" w:color="auto" w:fill="F4F7FA"/>
            <w:tcMar>
              <w:top w:w="90" w:type="dxa"/>
              <w:left w:w="110" w:type="dxa"/>
              <w:bottom w:w="90" w:type="dxa"/>
              <w:right w:w="110" w:type="dxa"/>
            </w:tcMar>
            <w:vAlign w:val="center"/>
          </w:tcPr>
          <w:p w14:paraId="2F426FD4" w14:textId="77777777" w:rsidR="00BF4373" w:rsidRDefault="00CE4A92">
            <w:pPr>
              <w:spacing w:after="0"/>
            </w:pPr>
            <w:r>
              <w:rPr>
                <w:sz w:val="17"/>
              </w:rPr>
              <w:t>VALLONE MARIA</w:t>
            </w:r>
          </w:p>
        </w:tc>
      </w:tr>
      <w:tr w:rsidR="00BF4373" w14:paraId="555A1892" w14:textId="77777777">
        <w:trPr>
          <w:jc w:val="center"/>
        </w:trPr>
        <w:tc>
          <w:tcPr>
            <w:tcW w:w="4252" w:type="dxa"/>
            <w:shd w:val="clear" w:color="auto" w:fill="FFFFFF"/>
            <w:tcMar>
              <w:top w:w="90" w:type="dxa"/>
              <w:left w:w="110" w:type="dxa"/>
              <w:bottom w:w="90" w:type="dxa"/>
              <w:right w:w="110" w:type="dxa"/>
            </w:tcMar>
            <w:vAlign w:val="center"/>
          </w:tcPr>
          <w:p w14:paraId="128009E6" w14:textId="77777777" w:rsidR="00BF4373" w:rsidRDefault="00CE4A92">
            <w:pPr>
              <w:spacing w:after="0"/>
            </w:pPr>
            <w:r>
              <w:rPr>
                <w:sz w:val="17"/>
              </w:rPr>
              <w:t>PORTELLA</w:t>
            </w:r>
          </w:p>
        </w:tc>
        <w:tc>
          <w:tcPr>
            <w:tcW w:w="1984" w:type="dxa"/>
            <w:shd w:val="clear" w:color="auto" w:fill="FFFFFF"/>
            <w:tcMar>
              <w:top w:w="90" w:type="dxa"/>
              <w:left w:w="110" w:type="dxa"/>
              <w:bottom w:w="90" w:type="dxa"/>
              <w:right w:w="110" w:type="dxa"/>
            </w:tcMar>
            <w:vAlign w:val="center"/>
          </w:tcPr>
          <w:p w14:paraId="55086577" w14:textId="77777777" w:rsidR="00BF4373" w:rsidRDefault="00CE4A92">
            <w:pPr>
              <w:spacing w:after="0"/>
            </w:pPr>
            <w:r>
              <w:rPr>
                <w:sz w:val="17"/>
              </w:rPr>
              <w:t>UNICA</w:t>
            </w:r>
          </w:p>
        </w:tc>
        <w:tc>
          <w:tcPr>
            <w:tcW w:w="3402" w:type="dxa"/>
            <w:shd w:val="clear" w:color="auto" w:fill="FFFFFF"/>
            <w:tcMar>
              <w:top w:w="90" w:type="dxa"/>
              <w:left w:w="110" w:type="dxa"/>
              <w:bottom w:w="90" w:type="dxa"/>
              <w:right w:w="110" w:type="dxa"/>
            </w:tcMar>
            <w:vAlign w:val="center"/>
          </w:tcPr>
          <w:p w14:paraId="3E2966D0" w14:textId="77777777" w:rsidR="00BF4373" w:rsidRDefault="00CE4A92">
            <w:pPr>
              <w:spacing w:after="0"/>
            </w:pPr>
            <w:r>
              <w:rPr>
                <w:sz w:val="17"/>
              </w:rPr>
              <w:t>GAGLIONE FIORELLA</w:t>
            </w:r>
          </w:p>
        </w:tc>
      </w:tr>
      <w:tr w:rsidR="00BF4373" w14:paraId="1E6C62FE" w14:textId="77777777">
        <w:trPr>
          <w:jc w:val="center"/>
        </w:trPr>
        <w:tc>
          <w:tcPr>
            <w:tcW w:w="4252" w:type="dxa"/>
            <w:shd w:val="clear" w:color="auto" w:fill="F4F7FA"/>
            <w:tcMar>
              <w:top w:w="90" w:type="dxa"/>
              <w:left w:w="110" w:type="dxa"/>
              <w:bottom w:w="90" w:type="dxa"/>
              <w:right w:w="110" w:type="dxa"/>
            </w:tcMar>
            <w:vAlign w:val="center"/>
          </w:tcPr>
          <w:p w14:paraId="7C6D7F2A" w14:textId="77777777" w:rsidR="00BF4373" w:rsidRDefault="00CE4A92">
            <w:pPr>
              <w:spacing w:after="0"/>
            </w:pPr>
            <w:r>
              <w:rPr>
                <w:sz w:val="17"/>
              </w:rPr>
              <w:t>VALLELUCE</w:t>
            </w:r>
          </w:p>
        </w:tc>
        <w:tc>
          <w:tcPr>
            <w:tcW w:w="1984" w:type="dxa"/>
            <w:shd w:val="clear" w:color="auto" w:fill="F4F7FA"/>
            <w:tcMar>
              <w:top w:w="90" w:type="dxa"/>
              <w:left w:w="110" w:type="dxa"/>
              <w:bottom w:w="90" w:type="dxa"/>
              <w:right w:w="110" w:type="dxa"/>
            </w:tcMar>
            <w:vAlign w:val="center"/>
          </w:tcPr>
          <w:p w14:paraId="0FB45E34" w14:textId="77777777" w:rsidR="00BF4373" w:rsidRDefault="00CE4A92">
            <w:pPr>
              <w:spacing w:after="0"/>
            </w:pPr>
            <w:r>
              <w:rPr>
                <w:sz w:val="17"/>
              </w:rPr>
              <w:t>UNICA</w:t>
            </w:r>
          </w:p>
        </w:tc>
        <w:tc>
          <w:tcPr>
            <w:tcW w:w="3402" w:type="dxa"/>
            <w:shd w:val="clear" w:color="auto" w:fill="F4F7FA"/>
            <w:tcMar>
              <w:top w:w="90" w:type="dxa"/>
              <w:left w:w="110" w:type="dxa"/>
              <w:bottom w:w="90" w:type="dxa"/>
              <w:right w:w="110" w:type="dxa"/>
            </w:tcMar>
            <w:vAlign w:val="center"/>
          </w:tcPr>
          <w:p w14:paraId="158EB2C1" w14:textId="77777777" w:rsidR="00BF4373" w:rsidRDefault="00CE4A92">
            <w:pPr>
              <w:spacing w:after="0"/>
            </w:pPr>
            <w:r>
              <w:rPr>
                <w:sz w:val="17"/>
              </w:rPr>
              <w:t>VALENTE MARIA</w:t>
            </w:r>
          </w:p>
        </w:tc>
      </w:tr>
      <w:tr w:rsidR="00BF4373" w14:paraId="75B55610" w14:textId="77777777">
        <w:trPr>
          <w:jc w:val="center"/>
        </w:trPr>
        <w:tc>
          <w:tcPr>
            <w:tcW w:w="4252" w:type="dxa"/>
            <w:shd w:val="clear" w:color="auto" w:fill="FFFFFF"/>
            <w:tcMar>
              <w:top w:w="90" w:type="dxa"/>
              <w:left w:w="110" w:type="dxa"/>
              <w:bottom w:w="90" w:type="dxa"/>
              <w:right w:w="110" w:type="dxa"/>
            </w:tcMar>
            <w:vAlign w:val="center"/>
          </w:tcPr>
          <w:p w14:paraId="3F1E6BB0" w14:textId="77777777" w:rsidR="00BF4373" w:rsidRDefault="00CE4A92">
            <w:pPr>
              <w:spacing w:after="0"/>
            </w:pPr>
            <w:r>
              <w:rPr>
                <w:sz w:val="17"/>
              </w:rPr>
              <w:t>VALLEROTONDA</w:t>
            </w:r>
          </w:p>
        </w:tc>
        <w:tc>
          <w:tcPr>
            <w:tcW w:w="1984" w:type="dxa"/>
            <w:shd w:val="clear" w:color="auto" w:fill="FFFFFF"/>
            <w:tcMar>
              <w:top w:w="90" w:type="dxa"/>
              <w:left w:w="110" w:type="dxa"/>
              <w:bottom w:w="90" w:type="dxa"/>
              <w:right w:w="110" w:type="dxa"/>
            </w:tcMar>
            <w:vAlign w:val="center"/>
          </w:tcPr>
          <w:p w14:paraId="0D16085F" w14:textId="77777777" w:rsidR="00BF4373" w:rsidRDefault="00CE4A92">
            <w:pPr>
              <w:spacing w:after="0"/>
            </w:pPr>
            <w:r>
              <w:rPr>
                <w:sz w:val="17"/>
              </w:rPr>
              <w:t>UNICA</w:t>
            </w:r>
          </w:p>
        </w:tc>
        <w:tc>
          <w:tcPr>
            <w:tcW w:w="3402" w:type="dxa"/>
            <w:shd w:val="clear" w:color="auto" w:fill="FFFFFF"/>
            <w:tcMar>
              <w:top w:w="90" w:type="dxa"/>
              <w:left w:w="110" w:type="dxa"/>
              <w:bottom w:w="90" w:type="dxa"/>
              <w:right w:w="110" w:type="dxa"/>
            </w:tcMar>
            <w:vAlign w:val="center"/>
          </w:tcPr>
          <w:p w14:paraId="214BD84A" w14:textId="77777777" w:rsidR="00BF4373" w:rsidRDefault="00CE4A92">
            <w:pPr>
              <w:spacing w:after="0"/>
            </w:pPr>
            <w:r>
              <w:rPr>
                <w:sz w:val="17"/>
              </w:rPr>
              <w:t>NIRO ORIANA</w:t>
            </w:r>
          </w:p>
        </w:tc>
      </w:tr>
    </w:tbl>
    <w:p w14:paraId="48B39315" w14:textId="77777777" w:rsidR="00BF4373" w:rsidRDefault="00BF4373">
      <w:pPr>
        <w:spacing w:after="20"/>
      </w:pPr>
    </w:p>
    <w:tbl>
      <w:tblPr>
        <w:tblStyle w:val="Grigliatabella"/>
        <w:tblW w:w="0" w:type="auto"/>
        <w:jc w:val="center"/>
        <w:tblBorders>
          <w:top w:val="single" w:sz="6" w:space="0" w:color="B8C7D9"/>
          <w:left w:val="single" w:sz="6" w:space="0" w:color="B8C7D9"/>
          <w:bottom w:val="single" w:sz="6" w:space="0" w:color="B8C7D9"/>
          <w:right w:val="single" w:sz="6" w:space="0" w:color="B8C7D9"/>
          <w:insideH w:val="single" w:sz="6" w:space="0" w:color="B8C7D9"/>
          <w:insideV w:val="single" w:sz="6" w:space="0" w:color="B8C7D9"/>
        </w:tblBorders>
        <w:tblLayout w:type="fixed"/>
        <w:tblLook w:val="04A0" w:firstRow="1" w:lastRow="0" w:firstColumn="1" w:lastColumn="0" w:noHBand="0" w:noVBand="1"/>
      </w:tblPr>
      <w:tblGrid>
        <w:gridCol w:w="4252"/>
        <w:gridCol w:w="1984"/>
        <w:gridCol w:w="3402"/>
      </w:tblGrid>
      <w:tr w:rsidR="00BF4373" w14:paraId="4DC900C6" w14:textId="77777777">
        <w:trPr>
          <w:tblHeader/>
          <w:jc w:val="center"/>
        </w:trPr>
        <w:tc>
          <w:tcPr>
            <w:tcW w:w="4252" w:type="dxa"/>
            <w:shd w:val="clear" w:color="auto" w:fill="17365D"/>
            <w:tcMar>
              <w:top w:w="110" w:type="dxa"/>
              <w:left w:w="100" w:type="dxa"/>
              <w:bottom w:w="110" w:type="dxa"/>
              <w:right w:w="100" w:type="dxa"/>
            </w:tcMar>
            <w:vAlign w:val="center"/>
          </w:tcPr>
          <w:p w14:paraId="2C1E5C6E" w14:textId="77777777" w:rsidR="00BF4373" w:rsidRDefault="00CE4A92">
            <w:pPr>
              <w:spacing w:after="0"/>
              <w:jc w:val="center"/>
            </w:pPr>
            <w:r>
              <w:rPr>
                <w:b/>
                <w:color w:val="FFFFFF"/>
                <w:sz w:val="18"/>
              </w:rPr>
              <w:t>PLESSO</w:t>
            </w:r>
          </w:p>
        </w:tc>
        <w:tc>
          <w:tcPr>
            <w:tcW w:w="1984" w:type="dxa"/>
            <w:shd w:val="clear" w:color="auto" w:fill="17365D"/>
            <w:tcMar>
              <w:top w:w="110" w:type="dxa"/>
              <w:left w:w="100" w:type="dxa"/>
              <w:bottom w:w="110" w:type="dxa"/>
              <w:right w:w="100" w:type="dxa"/>
            </w:tcMar>
            <w:vAlign w:val="center"/>
          </w:tcPr>
          <w:p w14:paraId="23CCAC99" w14:textId="77777777" w:rsidR="00BF4373" w:rsidRDefault="00CE4A92">
            <w:pPr>
              <w:spacing w:after="0"/>
              <w:jc w:val="center"/>
            </w:pPr>
            <w:r>
              <w:rPr>
                <w:b/>
                <w:color w:val="FFFFFF"/>
                <w:sz w:val="18"/>
              </w:rPr>
              <w:t>CLASSE</w:t>
            </w:r>
          </w:p>
        </w:tc>
        <w:tc>
          <w:tcPr>
            <w:tcW w:w="3402" w:type="dxa"/>
            <w:shd w:val="clear" w:color="auto" w:fill="17365D"/>
            <w:tcMar>
              <w:top w:w="110" w:type="dxa"/>
              <w:left w:w="100" w:type="dxa"/>
              <w:bottom w:w="110" w:type="dxa"/>
              <w:right w:w="100" w:type="dxa"/>
            </w:tcMar>
            <w:vAlign w:val="center"/>
          </w:tcPr>
          <w:p w14:paraId="7E062BBE" w14:textId="77777777" w:rsidR="00BF4373" w:rsidRDefault="00CE4A92">
            <w:pPr>
              <w:spacing w:after="0"/>
              <w:jc w:val="center"/>
            </w:pPr>
            <w:r>
              <w:rPr>
                <w:b/>
                <w:color w:val="FFFFFF"/>
                <w:sz w:val="18"/>
              </w:rPr>
              <w:t>COORDINATORE</w:t>
            </w:r>
          </w:p>
        </w:tc>
      </w:tr>
      <w:tr w:rsidR="00BF4373" w14:paraId="0A71B9F6" w14:textId="77777777">
        <w:trPr>
          <w:jc w:val="center"/>
        </w:trPr>
        <w:tc>
          <w:tcPr>
            <w:tcW w:w="4252" w:type="dxa"/>
            <w:shd w:val="clear" w:color="auto" w:fill="F4F7FA"/>
            <w:tcMar>
              <w:top w:w="90" w:type="dxa"/>
              <w:left w:w="110" w:type="dxa"/>
              <w:bottom w:w="90" w:type="dxa"/>
              <w:right w:w="110" w:type="dxa"/>
            </w:tcMar>
            <w:vAlign w:val="center"/>
          </w:tcPr>
          <w:p w14:paraId="332F835F" w14:textId="77777777" w:rsidR="00BF4373" w:rsidRDefault="00CE4A92">
            <w:pPr>
              <w:spacing w:after="0"/>
            </w:pPr>
            <w:r>
              <w:rPr>
                <w:sz w:val="17"/>
              </w:rPr>
              <w:t>F. ARPINO</w:t>
            </w:r>
          </w:p>
        </w:tc>
        <w:tc>
          <w:tcPr>
            <w:tcW w:w="1984" w:type="dxa"/>
            <w:shd w:val="clear" w:color="auto" w:fill="F4F7FA"/>
            <w:tcMar>
              <w:top w:w="90" w:type="dxa"/>
              <w:left w:w="110" w:type="dxa"/>
              <w:bottom w:w="90" w:type="dxa"/>
              <w:right w:w="110" w:type="dxa"/>
            </w:tcMar>
            <w:vAlign w:val="center"/>
          </w:tcPr>
          <w:p w14:paraId="40CFAC60" w14:textId="77777777" w:rsidR="00BF4373" w:rsidRDefault="00CE4A92">
            <w:pPr>
              <w:spacing w:after="0"/>
            </w:pPr>
            <w:r>
              <w:rPr>
                <w:sz w:val="17"/>
              </w:rPr>
              <w:t>2A</w:t>
            </w:r>
          </w:p>
        </w:tc>
        <w:tc>
          <w:tcPr>
            <w:tcW w:w="3402" w:type="dxa"/>
            <w:shd w:val="clear" w:color="auto" w:fill="F4F7FA"/>
            <w:tcMar>
              <w:top w:w="90" w:type="dxa"/>
              <w:left w:w="110" w:type="dxa"/>
              <w:bottom w:w="90" w:type="dxa"/>
              <w:right w:w="110" w:type="dxa"/>
            </w:tcMar>
            <w:vAlign w:val="center"/>
          </w:tcPr>
          <w:p w14:paraId="7A14C90C" w14:textId="77777777" w:rsidR="00BF4373" w:rsidRDefault="00CE4A92">
            <w:pPr>
              <w:spacing w:after="0"/>
            </w:pPr>
            <w:r>
              <w:rPr>
                <w:sz w:val="17"/>
              </w:rPr>
              <w:t>FIONDA GABRIELLA</w:t>
            </w:r>
          </w:p>
        </w:tc>
      </w:tr>
      <w:tr w:rsidR="00BF4373" w14:paraId="44A85407" w14:textId="77777777">
        <w:trPr>
          <w:jc w:val="center"/>
        </w:trPr>
        <w:tc>
          <w:tcPr>
            <w:tcW w:w="4252" w:type="dxa"/>
            <w:shd w:val="clear" w:color="auto" w:fill="FFFFFF"/>
            <w:tcMar>
              <w:top w:w="90" w:type="dxa"/>
              <w:left w:w="110" w:type="dxa"/>
              <w:bottom w:w="90" w:type="dxa"/>
              <w:right w:w="110" w:type="dxa"/>
            </w:tcMar>
            <w:vAlign w:val="center"/>
          </w:tcPr>
          <w:p w14:paraId="47F7DBB9" w14:textId="77777777" w:rsidR="00BF4373" w:rsidRDefault="00CE4A92">
            <w:pPr>
              <w:spacing w:after="0"/>
            </w:pPr>
            <w:r>
              <w:rPr>
                <w:sz w:val="17"/>
              </w:rPr>
              <w:t>F. ARPINO</w:t>
            </w:r>
          </w:p>
        </w:tc>
        <w:tc>
          <w:tcPr>
            <w:tcW w:w="1984" w:type="dxa"/>
            <w:shd w:val="clear" w:color="auto" w:fill="FFFFFF"/>
            <w:tcMar>
              <w:top w:w="90" w:type="dxa"/>
              <w:left w:w="110" w:type="dxa"/>
              <w:bottom w:w="90" w:type="dxa"/>
              <w:right w:w="110" w:type="dxa"/>
            </w:tcMar>
            <w:vAlign w:val="center"/>
          </w:tcPr>
          <w:p w14:paraId="0AB51B62" w14:textId="77777777" w:rsidR="00BF4373" w:rsidRDefault="00CE4A92">
            <w:pPr>
              <w:spacing w:after="0"/>
            </w:pPr>
            <w:r>
              <w:rPr>
                <w:sz w:val="17"/>
              </w:rPr>
              <w:t>2B</w:t>
            </w:r>
          </w:p>
        </w:tc>
        <w:tc>
          <w:tcPr>
            <w:tcW w:w="3402" w:type="dxa"/>
            <w:shd w:val="clear" w:color="auto" w:fill="FFFFFF"/>
            <w:tcMar>
              <w:top w:w="90" w:type="dxa"/>
              <w:left w:w="110" w:type="dxa"/>
              <w:bottom w:w="90" w:type="dxa"/>
              <w:right w:w="110" w:type="dxa"/>
            </w:tcMar>
            <w:vAlign w:val="center"/>
          </w:tcPr>
          <w:p w14:paraId="60E8238A" w14:textId="77777777" w:rsidR="00BF4373" w:rsidRDefault="00CE4A92">
            <w:pPr>
              <w:spacing w:after="0"/>
            </w:pPr>
            <w:r>
              <w:rPr>
                <w:sz w:val="17"/>
              </w:rPr>
              <w:t>LANNI ANGELA</w:t>
            </w:r>
          </w:p>
        </w:tc>
      </w:tr>
      <w:tr w:rsidR="00BF4373" w14:paraId="59324DAB" w14:textId="77777777">
        <w:trPr>
          <w:jc w:val="center"/>
        </w:trPr>
        <w:tc>
          <w:tcPr>
            <w:tcW w:w="4252" w:type="dxa"/>
            <w:shd w:val="clear" w:color="auto" w:fill="F4F7FA"/>
            <w:tcMar>
              <w:top w:w="90" w:type="dxa"/>
              <w:left w:w="110" w:type="dxa"/>
              <w:bottom w:w="90" w:type="dxa"/>
              <w:right w:w="110" w:type="dxa"/>
            </w:tcMar>
            <w:vAlign w:val="center"/>
          </w:tcPr>
          <w:p w14:paraId="08AC63CB" w14:textId="77777777" w:rsidR="00BF4373" w:rsidRDefault="00CE4A92">
            <w:pPr>
              <w:spacing w:after="0"/>
            </w:pPr>
            <w:r>
              <w:rPr>
                <w:sz w:val="17"/>
              </w:rPr>
              <w:t>F. ARPINO</w:t>
            </w:r>
          </w:p>
        </w:tc>
        <w:tc>
          <w:tcPr>
            <w:tcW w:w="1984" w:type="dxa"/>
            <w:shd w:val="clear" w:color="auto" w:fill="F4F7FA"/>
            <w:tcMar>
              <w:top w:w="90" w:type="dxa"/>
              <w:left w:w="110" w:type="dxa"/>
              <w:bottom w:w="90" w:type="dxa"/>
              <w:right w:w="110" w:type="dxa"/>
            </w:tcMar>
            <w:vAlign w:val="center"/>
          </w:tcPr>
          <w:p w14:paraId="587D0EA7" w14:textId="77777777" w:rsidR="00BF4373" w:rsidRDefault="00CE4A92">
            <w:pPr>
              <w:spacing w:after="0"/>
            </w:pPr>
            <w:r>
              <w:rPr>
                <w:sz w:val="17"/>
              </w:rPr>
              <w:t>3A</w:t>
            </w:r>
          </w:p>
        </w:tc>
        <w:tc>
          <w:tcPr>
            <w:tcW w:w="3402" w:type="dxa"/>
            <w:shd w:val="clear" w:color="auto" w:fill="F4F7FA"/>
            <w:tcMar>
              <w:top w:w="90" w:type="dxa"/>
              <w:left w:w="110" w:type="dxa"/>
              <w:bottom w:w="90" w:type="dxa"/>
              <w:right w:w="110" w:type="dxa"/>
            </w:tcMar>
            <w:vAlign w:val="center"/>
          </w:tcPr>
          <w:p w14:paraId="50A80771" w14:textId="77777777" w:rsidR="00BF4373" w:rsidRDefault="00CE4A92">
            <w:pPr>
              <w:spacing w:after="0"/>
            </w:pPr>
            <w:r>
              <w:rPr>
                <w:sz w:val="17"/>
              </w:rPr>
              <w:t>PALOMBO FIAMMETTA</w:t>
            </w:r>
          </w:p>
        </w:tc>
      </w:tr>
      <w:tr w:rsidR="00BF4373" w14:paraId="5A8B73F4" w14:textId="77777777">
        <w:trPr>
          <w:jc w:val="center"/>
        </w:trPr>
        <w:tc>
          <w:tcPr>
            <w:tcW w:w="4252" w:type="dxa"/>
            <w:shd w:val="clear" w:color="auto" w:fill="FFFFFF"/>
            <w:tcMar>
              <w:top w:w="90" w:type="dxa"/>
              <w:left w:w="110" w:type="dxa"/>
              <w:bottom w:w="90" w:type="dxa"/>
              <w:right w:w="110" w:type="dxa"/>
            </w:tcMar>
            <w:vAlign w:val="center"/>
          </w:tcPr>
          <w:p w14:paraId="79DA8E3B" w14:textId="77777777" w:rsidR="00BF4373" w:rsidRDefault="00CE4A92">
            <w:pPr>
              <w:spacing w:after="0"/>
            </w:pPr>
            <w:r>
              <w:rPr>
                <w:sz w:val="17"/>
              </w:rPr>
              <w:t>F. ARPINO</w:t>
            </w:r>
          </w:p>
        </w:tc>
        <w:tc>
          <w:tcPr>
            <w:tcW w:w="1984" w:type="dxa"/>
            <w:shd w:val="clear" w:color="auto" w:fill="FFFFFF"/>
            <w:tcMar>
              <w:top w:w="90" w:type="dxa"/>
              <w:left w:w="110" w:type="dxa"/>
              <w:bottom w:w="90" w:type="dxa"/>
              <w:right w:w="110" w:type="dxa"/>
            </w:tcMar>
            <w:vAlign w:val="center"/>
          </w:tcPr>
          <w:p w14:paraId="508F69F7" w14:textId="77777777" w:rsidR="00BF4373" w:rsidRDefault="00CE4A92">
            <w:pPr>
              <w:spacing w:after="0"/>
            </w:pPr>
            <w:r>
              <w:rPr>
                <w:sz w:val="17"/>
              </w:rPr>
              <w:t>3B</w:t>
            </w:r>
          </w:p>
        </w:tc>
        <w:tc>
          <w:tcPr>
            <w:tcW w:w="3402" w:type="dxa"/>
            <w:shd w:val="clear" w:color="auto" w:fill="FFFFFF"/>
            <w:tcMar>
              <w:top w:w="90" w:type="dxa"/>
              <w:left w:w="110" w:type="dxa"/>
              <w:bottom w:w="90" w:type="dxa"/>
              <w:right w:w="110" w:type="dxa"/>
            </w:tcMar>
            <w:vAlign w:val="center"/>
          </w:tcPr>
          <w:p w14:paraId="28E0FE60" w14:textId="77777777" w:rsidR="00BF4373" w:rsidRDefault="00CE4A92">
            <w:pPr>
              <w:spacing w:after="0"/>
            </w:pPr>
            <w:r>
              <w:rPr>
                <w:sz w:val="17"/>
              </w:rPr>
              <w:t>APRUZZESE ROSSELLA</w:t>
            </w:r>
          </w:p>
        </w:tc>
      </w:tr>
      <w:tr w:rsidR="00BF4373" w14:paraId="6E6BEB68" w14:textId="77777777">
        <w:trPr>
          <w:jc w:val="center"/>
        </w:trPr>
        <w:tc>
          <w:tcPr>
            <w:tcW w:w="4252" w:type="dxa"/>
            <w:shd w:val="clear" w:color="auto" w:fill="F4F7FA"/>
            <w:tcMar>
              <w:top w:w="90" w:type="dxa"/>
              <w:left w:w="110" w:type="dxa"/>
              <w:bottom w:w="90" w:type="dxa"/>
              <w:right w:w="110" w:type="dxa"/>
            </w:tcMar>
            <w:vAlign w:val="center"/>
          </w:tcPr>
          <w:p w14:paraId="32EC31A1" w14:textId="77777777" w:rsidR="00BF4373" w:rsidRDefault="00CE4A92">
            <w:pPr>
              <w:spacing w:after="0"/>
            </w:pPr>
            <w:r>
              <w:rPr>
                <w:sz w:val="17"/>
              </w:rPr>
              <w:t>F. ARPINO</w:t>
            </w:r>
          </w:p>
        </w:tc>
        <w:tc>
          <w:tcPr>
            <w:tcW w:w="1984" w:type="dxa"/>
            <w:shd w:val="clear" w:color="auto" w:fill="F4F7FA"/>
            <w:tcMar>
              <w:top w:w="90" w:type="dxa"/>
              <w:left w:w="110" w:type="dxa"/>
              <w:bottom w:w="90" w:type="dxa"/>
              <w:right w:w="110" w:type="dxa"/>
            </w:tcMar>
            <w:vAlign w:val="center"/>
          </w:tcPr>
          <w:p w14:paraId="2A38CD19" w14:textId="77777777" w:rsidR="00BF4373" w:rsidRDefault="00CE4A92">
            <w:pPr>
              <w:spacing w:after="0"/>
            </w:pPr>
            <w:r>
              <w:rPr>
                <w:sz w:val="17"/>
              </w:rPr>
              <w:t>4A</w:t>
            </w:r>
          </w:p>
        </w:tc>
        <w:tc>
          <w:tcPr>
            <w:tcW w:w="3402" w:type="dxa"/>
            <w:shd w:val="clear" w:color="auto" w:fill="F4F7FA"/>
            <w:tcMar>
              <w:top w:w="90" w:type="dxa"/>
              <w:left w:w="110" w:type="dxa"/>
              <w:bottom w:w="90" w:type="dxa"/>
              <w:right w:w="110" w:type="dxa"/>
            </w:tcMar>
            <w:vAlign w:val="center"/>
          </w:tcPr>
          <w:p w14:paraId="6021093A" w14:textId="77777777" w:rsidR="00BF4373" w:rsidRDefault="00CE4A92">
            <w:pPr>
              <w:spacing w:after="0"/>
            </w:pPr>
            <w:r>
              <w:rPr>
                <w:sz w:val="17"/>
              </w:rPr>
              <w:t>TODISCO MARIA LUISA</w:t>
            </w:r>
          </w:p>
        </w:tc>
      </w:tr>
      <w:tr w:rsidR="00BF4373" w14:paraId="5F7AF53B" w14:textId="77777777">
        <w:trPr>
          <w:jc w:val="center"/>
        </w:trPr>
        <w:tc>
          <w:tcPr>
            <w:tcW w:w="4252" w:type="dxa"/>
            <w:shd w:val="clear" w:color="auto" w:fill="FFFFFF"/>
            <w:tcMar>
              <w:top w:w="90" w:type="dxa"/>
              <w:left w:w="110" w:type="dxa"/>
              <w:bottom w:w="90" w:type="dxa"/>
              <w:right w:w="110" w:type="dxa"/>
            </w:tcMar>
            <w:vAlign w:val="center"/>
          </w:tcPr>
          <w:p w14:paraId="3D32DFDB" w14:textId="77777777" w:rsidR="00BF4373" w:rsidRDefault="00CE4A92">
            <w:pPr>
              <w:spacing w:after="0"/>
            </w:pPr>
            <w:r>
              <w:rPr>
                <w:sz w:val="17"/>
              </w:rPr>
              <w:t>F. ARPINO</w:t>
            </w:r>
          </w:p>
        </w:tc>
        <w:tc>
          <w:tcPr>
            <w:tcW w:w="1984" w:type="dxa"/>
            <w:shd w:val="clear" w:color="auto" w:fill="FFFFFF"/>
            <w:tcMar>
              <w:top w:w="90" w:type="dxa"/>
              <w:left w:w="110" w:type="dxa"/>
              <w:bottom w:w="90" w:type="dxa"/>
              <w:right w:w="110" w:type="dxa"/>
            </w:tcMar>
            <w:vAlign w:val="center"/>
          </w:tcPr>
          <w:p w14:paraId="63C29DC3" w14:textId="77777777" w:rsidR="00BF4373" w:rsidRDefault="00CE4A92">
            <w:pPr>
              <w:spacing w:after="0"/>
            </w:pPr>
            <w:r>
              <w:rPr>
                <w:sz w:val="17"/>
              </w:rPr>
              <w:t>4B</w:t>
            </w:r>
          </w:p>
        </w:tc>
        <w:tc>
          <w:tcPr>
            <w:tcW w:w="3402" w:type="dxa"/>
            <w:shd w:val="clear" w:color="auto" w:fill="FFFFFF"/>
            <w:tcMar>
              <w:top w:w="90" w:type="dxa"/>
              <w:left w:w="110" w:type="dxa"/>
              <w:bottom w:w="90" w:type="dxa"/>
              <w:right w:w="110" w:type="dxa"/>
            </w:tcMar>
            <w:vAlign w:val="center"/>
          </w:tcPr>
          <w:p w14:paraId="3C2B2D70" w14:textId="77777777" w:rsidR="00BF4373" w:rsidRDefault="00CE4A92">
            <w:pPr>
              <w:spacing w:after="0"/>
            </w:pPr>
            <w:r>
              <w:rPr>
                <w:sz w:val="17"/>
              </w:rPr>
              <w:t>LANNI TIZIANA</w:t>
            </w:r>
          </w:p>
        </w:tc>
      </w:tr>
      <w:tr w:rsidR="00BF4373" w14:paraId="3E884DEB" w14:textId="77777777">
        <w:trPr>
          <w:jc w:val="center"/>
        </w:trPr>
        <w:tc>
          <w:tcPr>
            <w:tcW w:w="4252" w:type="dxa"/>
            <w:shd w:val="clear" w:color="auto" w:fill="F4F7FA"/>
            <w:tcMar>
              <w:top w:w="90" w:type="dxa"/>
              <w:left w:w="110" w:type="dxa"/>
              <w:bottom w:w="90" w:type="dxa"/>
              <w:right w:w="110" w:type="dxa"/>
            </w:tcMar>
            <w:vAlign w:val="center"/>
          </w:tcPr>
          <w:p w14:paraId="0B1EC695" w14:textId="77777777" w:rsidR="00BF4373" w:rsidRDefault="00CE4A92">
            <w:pPr>
              <w:spacing w:after="0"/>
            </w:pPr>
            <w:r>
              <w:rPr>
                <w:sz w:val="17"/>
              </w:rPr>
              <w:t>F. ARPINO</w:t>
            </w:r>
          </w:p>
        </w:tc>
        <w:tc>
          <w:tcPr>
            <w:tcW w:w="1984" w:type="dxa"/>
            <w:shd w:val="clear" w:color="auto" w:fill="F4F7FA"/>
            <w:tcMar>
              <w:top w:w="90" w:type="dxa"/>
              <w:left w:w="110" w:type="dxa"/>
              <w:bottom w:w="90" w:type="dxa"/>
              <w:right w:w="110" w:type="dxa"/>
            </w:tcMar>
            <w:vAlign w:val="center"/>
          </w:tcPr>
          <w:p w14:paraId="36B4F60E" w14:textId="77777777" w:rsidR="00BF4373" w:rsidRDefault="00CE4A92">
            <w:pPr>
              <w:spacing w:after="0"/>
            </w:pPr>
            <w:r>
              <w:rPr>
                <w:sz w:val="17"/>
              </w:rPr>
              <w:t>5A</w:t>
            </w:r>
          </w:p>
        </w:tc>
        <w:tc>
          <w:tcPr>
            <w:tcW w:w="3402" w:type="dxa"/>
            <w:shd w:val="clear" w:color="auto" w:fill="F4F7FA"/>
            <w:tcMar>
              <w:top w:w="90" w:type="dxa"/>
              <w:left w:w="110" w:type="dxa"/>
              <w:bottom w:w="90" w:type="dxa"/>
              <w:right w:w="110" w:type="dxa"/>
            </w:tcMar>
            <w:vAlign w:val="center"/>
          </w:tcPr>
          <w:p w14:paraId="57504C34" w14:textId="77777777" w:rsidR="00BF4373" w:rsidRDefault="00CE4A92">
            <w:pPr>
              <w:spacing w:after="0"/>
            </w:pPr>
            <w:r>
              <w:rPr>
                <w:sz w:val="17"/>
              </w:rPr>
              <w:t>TESTA TOMMASINA</w:t>
            </w:r>
          </w:p>
        </w:tc>
      </w:tr>
      <w:tr w:rsidR="00BF4373" w14:paraId="0B107550" w14:textId="77777777">
        <w:trPr>
          <w:jc w:val="center"/>
        </w:trPr>
        <w:tc>
          <w:tcPr>
            <w:tcW w:w="4252" w:type="dxa"/>
            <w:shd w:val="clear" w:color="auto" w:fill="FFFFFF"/>
            <w:tcMar>
              <w:top w:w="90" w:type="dxa"/>
              <w:left w:w="110" w:type="dxa"/>
              <w:bottom w:w="90" w:type="dxa"/>
              <w:right w:w="110" w:type="dxa"/>
            </w:tcMar>
            <w:vAlign w:val="center"/>
          </w:tcPr>
          <w:p w14:paraId="0E2200D9" w14:textId="77777777" w:rsidR="00BF4373" w:rsidRDefault="00CE4A92">
            <w:pPr>
              <w:spacing w:after="0"/>
            </w:pPr>
            <w:r>
              <w:rPr>
                <w:sz w:val="17"/>
              </w:rPr>
              <w:t>F. ARPINO</w:t>
            </w:r>
          </w:p>
        </w:tc>
        <w:tc>
          <w:tcPr>
            <w:tcW w:w="1984" w:type="dxa"/>
            <w:shd w:val="clear" w:color="auto" w:fill="FFFFFF"/>
            <w:tcMar>
              <w:top w:w="90" w:type="dxa"/>
              <w:left w:w="110" w:type="dxa"/>
              <w:bottom w:w="90" w:type="dxa"/>
              <w:right w:w="110" w:type="dxa"/>
            </w:tcMar>
            <w:vAlign w:val="center"/>
          </w:tcPr>
          <w:p w14:paraId="49873B74" w14:textId="77777777" w:rsidR="00BF4373" w:rsidRDefault="00CE4A92">
            <w:pPr>
              <w:spacing w:after="0"/>
            </w:pPr>
            <w:r>
              <w:rPr>
                <w:sz w:val="17"/>
              </w:rPr>
              <w:t>5B</w:t>
            </w:r>
          </w:p>
        </w:tc>
        <w:tc>
          <w:tcPr>
            <w:tcW w:w="3402" w:type="dxa"/>
            <w:shd w:val="clear" w:color="auto" w:fill="FFFFFF"/>
            <w:tcMar>
              <w:top w:w="90" w:type="dxa"/>
              <w:left w:w="110" w:type="dxa"/>
              <w:bottom w:w="90" w:type="dxa"/>
              <w:right w:w="110" w:type="dxa"/>
            </w:tcMar>
            <w:vAlign w:val="center"/>
          </w:tcPr>
          <w:p w14:paraId="6400BAF0" w14:textId="77777777" w:rsidR="00BF4373" w:rsidRDefault="00CE4A92">
            <w:pPr>
              <w:spacing w:after="0"/>
            </w:pPr>
            <w:r>
              <w:rPr>
                <w:sz w:val="17"/>
              </w:rPr>
              <w:t>VACCA ARIANNA</w:t>
            </w:r>
          </w:p>
        </w:tc>
      </w:tr>
      <w:tr w:rsidR="00BF4373" w14:paraId="1E3A3E73" w14:textId="77777777">
        <w:trPr>
          <w:jc w:val="center"/>
        </w:trPr>
        <w:tc>
          <w:tcPr>
            <w:tcW w:w="4252" w:type="dxa"/>
            <w:shd w:val="clear" w:color="auto" w:fill="F4F7FA"/>
            <w:tcMar>
              <w:top w:w="90" w:type="dxa"/>
              <w:left w:w="110" w:type="dxa"/>
              <w:bottom w:w="90" w:type="dxa"/>
              <w:right w:w="110" w:type="dxa"/>
            </w:tcMar>
            <w:vAlign w:val="center"/>
          </w:tcPr>
          <w:p w14:paraId="117135AA" w14:textId="77777777" w:rsidR="00BF4373" w:rsidRDefault="00CE4A92">
            <w:pPr>
              <w:spacing w:after="0"/>
            </w:pPr>
            <w:r>
              <w:rPr>
                <w:sz w:val="17"/>
              </w:rPr>
              <w:t>F. ARPINO</w:t>
            </w:r>
          </w:p>
        </w:tc>
        <w:tc>
          <w:tcPr>
            <w:tcW w:w="1984" w:type="dxa"/>
            <w:shd w:val="clear" w:color="auto" w:fill="F4F7FA"/>
            <w:tcMar>
              <w:top w:w="90" w:type="dxa"/>
              <w:left w:w="110" w:type="dxa"/>
              <w:bottom w:w="90" w:type="dxa"/>
              <w:right w:w="110" w:type="dxa"/>
            </w:tcMar>
            <w:vAlign w:val="center"/>
          </w:tcPr>
          <w:p w14:paraId="3F2465B1" w14:textId="77777777" w:rsidR="00BF4373" w:rsidRDefault="00CE4A92">
            <w:pPr>
              <w:spacing w:after="0"/>
            </w:pPr>
            <w:r>
              <w:rPr>
                <w:sz w:val="17"/>
              </w:rPr>
              <w:t>1A</w:t>
            </w:r>
          </w:p>
        </w:tc>
        <w:tc>
          <w:tcPr>
            <w:tcW w:w="3402" w:type="dxa"/>
            <w:shd w:val="clear" w:color="auto" w:fill="F4F7FA"/>
            <w:tcMar>
              <w:top w:w="90" w:type="dxa"/>
              <w:left w:w="110" w:type="dxa"/>
              <w:bottom w:w="90" w:type="dxa"/>
              <w:right w:w="110" w:type="dxa"/>
            </w:tcMar>
            <w:vAlign w:val="center"/>
          </w:tcPr>
          <w:p w14:paraId="725E1436" w14:textId="77777777" w:rsidR="00BF4373" w:rsidRDefault="00CE4A92">
            <w:pPr>
              <w:spacing w:after="0"/>
            </w:pPr>
            <w:r>
              <w:rPr>
                <w:sz w:val="17"/>
              </w:rPr>
              <w:t>ESPOSITO EMILIANA</w:t>
            </w:r>
          </w:p>
        </w:tc>
      </w:tr>
      <w:tr w:rsidR="00BF4373" w14:paraId="392D4AB3" w14:textId="77777777">
        <w:trPr>
          <w:jc w:val="center"/>
        </w:trPr>
        <w:tc>
          <w:tcPr>
            <w:tcW w:w="4252" w:type="dxa"/>
            <w:shd w:val="clear" w:color="auto" w:fill="FFFFFF"/>
            <w:tcMar>
              <w:top w:w="90" w:type="dxa"/>
              <w:left w:w="110" w:type="dxa"/>
              <w:bottom w:w="90" w:type="dxa"/>
              <w:right w:w="110" w:type="dxa"/>
            </w:tcMar>
            <w:vAlign w:val="center"/>
          </w:tcPr>
          <w:p w14:paraId="3B7A8BBB" w14:textId="77777777" w:rsidR="00BF4373" w:rsidRDefault="00CE4A92">
            <w:pPr>
              <w:spacing w:after="0"/>
            </w:pPr>
            <w:r>
              <w:rPr>
                <w:sz w:val="17"/>
              </w:rPr>
              <w:t>F. ARPINO</w:t>
            </w:r>
          </w:p>
        </w:tc>
        <w:tc>
          <w:tcPr>
            <w:tcW w:w="1984" w:type="dxa"/>
            <w:shd w:val="clear" w:color="auto" w:fill="FFFFFF"/>
            <w:tcMar>
              <w:top w:w="90" w:type="dxa"/>
              <w:left w:w="110" w:type="dxa"/>
              <w:bottom w:w="90" w:type="dxa"/>
              <w:right w:w="110" w:type="dxa"/>
            </w:tcMar>
            <w:vAlign w:val="center"/>
          </w:tcPr>
          <w:p w14:paraId="674F697C" w14:textId="77777777" w:rsidR="00BF4373" w:rsidRDefault="00CE4A92">
            <w:pPr>
              <w:spacing w:after="0"/>
            </w:pPr>
            <w:r>
              <w:rPr>
                <w:sz w:val="17"/>
              </w:rPr>
              <w:t>1B</w:t>
            </w:r>
          </w:p>
        </w:tc>
        <w:tc>
          <w:tcPr>
            <w:tcW w:w="3402" w:type="dxa"/>
            <w:shd w:val="clear" w:color="auto" w:fill="FFFFFF"/>
            <w:tcMar>
              <w:top w:w="90" w:type="dxa"/>
              <w:left w:w="110" w:type="dxa"/>
              <w:bottom w:w="90" w:type="dxa"/>
              <w:right w:w="110" w:type="dxa"/>
            </w:tcMar>
            <w:vAlign w:val="center"/>
          </w:tcPr>
          <w:p w14:paraId="6C8EB11B" w14:textId="77777777" w:rsidR="00BF4373" w:rsidRDefault="00CE4A92">
            <w:pPr>
              <w:spacing w:after="0"/>
            </w:pPr>
            <w:r>
              <w:rPr>
                <w:sz w:val="17"/>
              </w:rPr>
              <w:t>LA MARRA IRENA</w:t>
            </w:r>
          </w:p>
        </w:tc>
      </w:tr>
      <w:tr w:rsidR="00BF4373" w14:paraId="05097FAC" w14:textId="77777777">
        <w:trPr>
          <w:jc w:val="center"/>
        </w:trPr>
        <w:tc>
          <w:tcPr>
            <w:tcW w:w="4252" w:type="dxa"/>
            <w:shd w:val="clear" w:color="auto" w:fill="F4F7FA"/>
            <w:tcMar>
              <w:top w:w="90" w:type="dxa"/>
              <w:left w:w="110" w:type="dxa"/>
              <w:bottom w:w="90" w:type="dxa"/>
              <w:right w:w="110" w:type="dxa"/>
            </w:tcMar>
            <w:vAlign w:val="center"/>
          </w:tcPr>
          <w:p w14:paraId="19979277" w14:textId="77777777" w:rsidR="00BF4373" w:rsidRDefault="00CE4A92">
            <w:pPr>
              <w:spacing w:after="0"/>
            </w:pPr>
            <w:r>
              <w:rPr>
                <w:sz w:val="17"/>
              </w:rPr>
              <w:t>OLIVELLA</w:t>
            </w:r>
          </w:p>
        </w:tc>
        <w:tc>
          <w:tcPr>
            <w:tcW w:w="1984" w:type="dxa"/>
            <w:shd w:val="clear" w:color="auto" w:fill="F4F7FA"/>
            <w:tcMar>
              <w:top w:w="90" w:type="dxa"/>
              <w:left w:w="110" w:type="dxa"/>
              <w:bottom w:w="90" w:type="dxa"/>
              <w:right w:w="110" w:type="dxa"/>
            </w:tcMar>
            <w:vAlign w:val="center"/>
          </w:tcPr>
          <w:p w14:paraId="66DAA61C" w14:textId="77777777" w:rsidR="00BF4373" w:rsidRDefault="00CE4A92">
            <w:pPr>
              <w:spacing w:after="0"/>
            </w:pPr>
            <w:r>
              <w:rPr>
                <w:sz w:val="17"/>
              </w:rPr>
              <w:t>2/3 D</w:t>
            </w:r>
          </w:p>
        </w:tc>
        <w:tc>
          <w:tcPr>
            <w:tcW w:w="3402" w:type="dxa"/>
            <w:shd w:val="clear" w:color="auto" w:fill="F4F7FA"/>
            <w:tcMar>
              <w:top w:w="90" w:type="dxa"/>
              <w:left w:w="110" w:type="dxa"/>
              <w:bottom w:w="90" w:type="dxa"/>
              <w:right w:w="110" w:type="dxa"/>
            </w:tcMar>
            <w:vAlign w:val="center"/>
          </w:tcPr>
          <w:p w14:paraId="6D2379EE" w14:textId="77777777" w:rsidR="00BF4373" w:rsidRDefault="00CE4A92">
            <w:pPr>
              <w:spacing w:after="0"/>
            </w:pPr>
            <w:r>
              <w:rPr>
                <w:sz w:val="17"/>
              </w:rPr>
              <w:t>GIANNANDREA ANTONIETTA</w:t>
            </w:r>
          </w:p>
        </w:tc>
      </w:tr>
      <w:tr w:rsidR="00BF4373" w14:paraId="4865D3ED" w14:textId="77777777">
        <w:trPr>
          <w:jc w:val="center"/>
        </w:trPr>
        <w:tc>
          <w:tcPr>
            <w:tcW w:w="4252" w:type="dxa"/>
            <w:shd w:val="clear" w:color="auto" w:fill="FFFFFF"/>
            <w:tcMar>
              <w:top w:w="90" w:type="dxa"/>
              <w:left w:w="110" w:type="dxa"/>
              <w:bottom w:w="90" w:type="dxa"/>
              <w:right w:w="110" w:type="dxa"/>
            </w:tcMar>
            <w:vAlign w:val="center"/>
          </w:tcPr>
          <w:p w14:paraId="5873A5A7" w14:textId="77777777" w:rsidR="00BF4373" w:rsidRDefault="00CE4A92">
            <w:pPr>
              <w:spacing w:after="0"/>
            </w:pPr>
            <w:r>
              <w:rPr>
                <w:sz w:val="17"/>
              </w:rPr>
              <w:lastRenderedPageBreak/>
              <w:t>OLIVELLA</w:t>
            </w:r>
          </w:p>
        </w:tc>
        <w:tc>
          <w:tcPr>
            <w:tcW w:w="1984" w:type="dxa"/>
            <w:shd w:val="clear" w:color="auto" w:fill="FFFFFF"/>
            <w:tcMar>
              <w:top w:w="90" w:type="dxa"/>
              <w:left w:w="110" w:type="dxa"/>
              <w:bottom w:w="90" w:type="dxa"/>
              <w:right w:w="110" w:type="dxa"/>
            </w:tcMar>
            <w:vAlign w:val="center"/>
          </w:tcPr>
          <w:p w14:paraId="67A6CC09" w14:textId="77777777" w:rsidR="00BF4373" w:rsidRDefault="00CE4A92">
            <w:pPr>
              <w:spacing w:after="0"/>
            </w:pPr>
            <w:r>
              <w:rPr>
                <w:sz w:val="17"/>
              </w:rPr>
              <w:t>1/4/5 D</w:t>
            </w:r>
          </w:p>
        </w:tc>
        <w:tc>
          <w:tcPr>
            <w:tcW w:w="3402" w:type="dxa"/>
            <w:shd w:val="clear" w:color="auto" w:fill="FFFFFF"/>
            <w:tcMar>
              <w:top w:w="90" w:type="dxa"/>
              <w:left w:w="110" w:type="dxa"/>
              <w:bottom w:w="90" w:type="dxa"/>
              <w:right w:w="110" w:type="dxa"/>
            </w:tcMar>
            <w:vAlign w:val="center"/>
          </w:tcPr>
          <w:p w14:paraId="04EE6358" w14:textId="77777777" w:rsidR="00BF4373" w:rsidRDefault="00CE4A92">
            <w:pPr>
              <w:spacing w:after="0"/>
            </w:pPr>
            <w:r>
              <w:rPr>
                <w:sz w:val="17"/>
              </w:rPr>
              <w:t>DI PONIO PAOLA</w:t>
            </w:r>
          </w:p>
        </w:tc>
      </w:tr>
      <w:tr w:rsidR="00BF4373" w14:paraId="2CF652AB" w14:textId="77777777">
        <w:trPr>
          <w:jc w:val="center"/>
        </w:trPr>
        <w:tc>
          <w:tcPr>
            <w:tcW w:w="4252" w:type="dxa"/>
            <w:shd w:val="clear" w:color="auto" w:fill="F4F7FA"/>
            <w:tcMar>
              <w:top w:w="90" w:type="dxa"/>
              <w:left w:w="110" w:type="dxa"/>
              <w:bottom w:w="90" w:type="dxa"/>
              <w:right w:w="110" w:type="dxa"/>
            </w:tcMar>
            <w:vAlign w:val="center"/>
          </w:tcPr>
          <w:p w14:paraId="05800457" w14:textId="77777777" w:rsidR="00BF4373" w:rsidRDefault="00CE4A92">
            <w:pPr>
              <w:spacing w:after="0"/>
            </w:pPr>
            <w:r>
              <w:rPr>
                <w:sz w:val="17"/>
              </w:rPr>
              <w:t>VALLEROTONDA</w:t>
            </w:r>
          </w:p>
        </w:tc>
        <w:tc>
          <w:tcPr>
            <w:tcW w:w="1984" w:type="dxa"/>
            <w:shd w:val="clear" w:color="auto" w:fill="F4F7FA"/>
            <w:tcMar>
              <w:top w:w="90" w:type="dxa"/>
              <w:left w:w="110" w:type="dxa"/>
              <w:bottom w:w="90" w:type="dxa"/>
              <w:right w:w="110" w:type="dxa"/>
            </w:tcMar>
            <w:vAlign w:val="center"/>
          </w:tcPr>
          <w:p w14:paraId="1B333DE6" w14:textId="77777777" w:rsidR="00BF4373" w:rsidRDefault="00CE4A92">
            <w:pPr>
              <w:spacing w:after="0"/>
            </w:pPr>
            <w:r>
              <w:rPr>
                <w:sz w:val="17"/>
              </w:rPr>
              <w:t>2/5A</w:t>
            </w:r>
          </w:p>
        </w:tc>
        <w:tc>
          <w:tcPr>
            <w:tcW w:w="3402" w:type="dxa"/>
            <w:shd w:val="clear" w:color="auto" w:fill="F4F7FA"/>
            <w:tcMar>
              <w:top w:w="90" w:type="dxa"/>
              <w:left w:w="110" w:type="dxa"/>
              <w:bottom w:w="90" w:type="dxa"/>
              <w:right w:w="110" w:type="dxa"/>
            </w:tcMar>
            <w:vAlign w:val="center"/>
          </w:tcPr>
          <w:p w14:paraId="17DA4E30" w14:textId="77777777" w:rsidR="00BF4373" w:rsidRDefault="00CE4A92">
            <w:pPr>
              <w:spacing w:after="0"/>
            </w:pPr>
            <w:r>
              <w:rPr>
                <w:sz w:val="17"/>
              </w:rPr>
              <w:t>CAPORUSSO CARLA</w:t>
            </w:r>
          </w:p>
        </w:tc>
      </w:tr>
      <w:tr w:rsidR="00BF4373" w14:paraId="5E794935" w14:textId="77777777">
        <w:trPr>
          <w:jc w:val="center"/>
        </w:trPr>
        <w:tc>
          <w:tcPr>
            <w:tcW w:w="4252" w:type="dxa"/>
            <w:shd w:val="clear" w:color="auto" w:fill="FFFFFF"/>
            <w:tcMar>
              <w:top w:w="90" w:type="dxa"/>
              <w:left w:w="110" w:type="dxa"/>
              <w:bottom w:w="90" w:type="dxa"/>
              <w:right w:w="110" w:type="dxa"/>
            </w:tcMar>
            <w:vAlign w:val="center"/>
          </w:tcPr>
          <w:p w14:paraId="00CE2BB0" w14:textId="77777777" w:rsidR="00BF4373" w:rsidRDefault="00CE4A92">
            <w:pPr>
              <w:spacing w:after="0"/>
            </w:pPr>
            <w:r>
              <w:rPr>
                <w:sz w:val="17"/>
              </w:rPr>
              <w:t>VALLEROTONDA</w:t>
            </w:r>
          </w:p>
        </w:tc>
        <w:tc>
          <w:tcPr>
            <w:tcW w:w="1984" w:type="dxa"/>
            <w:shd w:val="clear" w:color="auto" w:fill="FFFFFF"/>
            <w:tcMar>
              <w:top w:w="90" w:type="dxa"/>
              <w:left w:w="110" w:type="dxa"/>
              <w:bottom w:w="90" w:type="dxa"/>
              <w:right w:w="110" w:type="dxa"/>
            </w:tcMar>
            <w:vAlign w:val="center"/>
          </w:tcPr>
          <w:p w14:paraId="006EAFF2" w14:textId="77777777" w:rsidR="00BF4373" w:rsidRDefault="00CE4A92">
            <w:pPr>
              <w:spacing w:after="0"/>
            </w:pPr>
            <w:r>
              <w:rPr>
                <w:sz w:val="17"/>
              </w:rPr>
              <w:t>1/3A</w:t>
            </w:r>
          </w:p>
        </w:tc>
        <w:tc>
          <w:tcPr>
            <w:tcW w:w="3402" w:type="dxa"/>
            <w:shd w:val="clear" w:color="auto" w:fill="FFFFFF"/>
            <w:tcMar>
              <w:top w:w="90" w:type="dxa"/>
              <w:left w:w="110" w:type="dxa"/>
              <w:bottom w:w="90" w:type="dxa"/>
              <w:right w:w="110" w:type="dxa"/>
            </w:tcMar>
            <w:vAlign w:val="center"/>
          </w:tcPr>
          <w:p w14:paraId="31608273" w14:textId="77777777" w:rsidR="00BF4373" w:rsidRDefault="00CE4A92">
            <w:pPr>
              <w:spacing w:after="0"/>
            </w:pPr>
            <w:r>
              <w:rPr>
                <w:sz w:val="17"/>
              </w:rPr>
              <w:t>PASSERO BARBARA</w:t>
            </w:r>
          </w:p>
        </w:tc>
      </w:tr>
      <w:tr w:rsidR="00BF4373" w14:paraId="40C78F72" w14:textId="77777777">
        <w:trPr>
          <w:jc w:val="center"/>
        </w:trPr>
        <w:tc>
          <w:tcPr>
            <w:tcW w:w="4252" w:type="dxa"/>
            <w:shd w:val="clear" w:color="auto" w:fill="F4F7FA"/>
            <w:tcMar>
              <w:top w:w="90" w:type="dxa"/>
              <w:left w:w="110" w:type="dxa"/>
              <w:bottom w:w="90" w:type="dxa"/>
              <w:right w:w="110" w:type="dxa"/>
            </w:tcMar>
            <w:vAlign w:val="center"/>
          </w:tcPr>
          <w:p w14:paraId="6DFA561F" w14:textId="77777777" w:rsidR="00BF4373" w:rsidRDefault="00CE4A92">
            <w:pPr>
              <w:spacing w:after="0"/>
            </w:pPr>
            <w:r>
              <w:rPr>
                <w:sz w:val="17"/>
              </w:rPr>
              <w:t>VALLEROTONDA</w:t>
            </w:r>
          </w:p>
        </w:tc>
        <w:tc>
          <w:tcPr>
            <w:tcW w:w="1984" w:type="dxa"/>
            <w:shd w:val="clear" w:color="auto" w:fill="F4F7FA"/>
            <w:tcMar>
              <w:top w:w="90" w:type="dxa"/>
              <w:left w:w="110" w:type="dxa"/>
              <w:bottom w:w="90" w:type="dxa"/>
              <w:right w:w="110" w:type="dxa"/>
            </w:tcMar>
            <w:vAlign w:val="center"/>
          </w:tcPr>
          <w:p w14:paraId="37C6DFF1" w14:textId="77777777" w:rsidR="00BF4373" w:rsidRDefault="00CE4A92">
            <w:pPr>
              <w:spacing w:after="0"/>
            </w:pPr>
            <w:r>
              <w:rPr>
                <w:sz w:val="17"/>
              </w:rPr>
              <w:t>4A</w:t>
            </w:r>
          </w:p>
        </w:tc>
        <w:tc>
          <w:tcPr>
            <w:tcW w:w="3402" w:type="dxa"/>
            <w:shd w:val="clear" w:color="auto" w:fill="F4F7FA"/>
            <w:tcMar>
              <w:top w:w="90" w:type="dxa"/>
              <w:left w:w="110" w:type="dxa"/>
              <w:bottom w:w="90" w:type="dxa"/>
              <w:right w:w="110" w:type="dxa"/>
            </w:tcMar>
            <w:vAlign w:val="center"/>
          </w:tcPr>
          <w:p w14:paraId="638A03FB" w14:textId="77777777" w:rsidR="00BF4373" w:rsidRDefault="00CE4A92">
            <w:pPr>
              <w:spacing w:after="0"/>
            </w:pPr>
            <w:r>
              <w:rPr>
                <w:sz w:val="17"/>
              </w:rPr>
              <w:t>DI MASCIO ROSAMARIA</w:t>
            </w:r>
          </w:p>
        </w:tc>
      </w:tr>
      <w:tr w:rsidR="00BF4373" w14:paraId="69F46AA3" w14:textId="77777777">
        <w:trPr>
          <w:jc w:val="center"/>
        </w:trPr>
        <w:tc>
          <w:tcPr>
            <w:tcW w:w="4252" w:type="dxa"/>
            <w:shd w:val="clear" w:color="auto" w:fill="F4F7FA"/>
            <w:tcMar>
              <w:top w:w="90" w:type="dxa"/>
              <w:left w:w="110" w:type="dxa"/>
              <w:bottom w:w="90" w:type="dxa"/>
              <w:right w:w="110" w:type="dxa"/>
            </w:tcMar>
            <w:vAlign w:val="center"/>
          </w:tcPr>
          <w:p w14:paraId="565D09C4" w14:textId="77777777" w:rsidR="00BF4373" w:rsidRDefault="00CE4A92">
            <w:pPr>
              <w:spacing w:after="0"/>
            </w:pPr>
            <w:r>
              <w:rPr>
                <w:sz w:val="17"/>
              </w:rPr>
              <w:t>A.SANTILLI</w:t>
            </w:r>
          </w:p>
        </w:tc>
        <w:tc>
          <w:tcPr>
            <w:tcW w:w="1984" w:type="dxa"/>
            <w:shd w:val="clear" w:color="auto" w:fill="F4F7FA"/>
            <w:tcMar>
              <w:top w:w="90" w:type="dxa"/>
              <w:left w:w="110" w:type="dxa"/>
              <w:bottom w:w="90" w:type="dxa"/>
              <w:right w:w="110" w:type="dxa"/>
            </w:tcMar>
            <w:vAlign w:val="center"/>
          </w:tcPr>
          <w:p w14:paraId="4A4C8370" w14:textId="77777777" w:rsidR="00BF4373" w:rsidRDefault="00CE4A92">
            <w:pPr>
              <w:spacing w:after="0"/>
            </w:pPr>
            <w:r>
              <w:rPr>
                <w:sz w:val="17"/>
              </w:rPr>
              <w:t>1A</w:t>
            </w:r>
          </w:p>
        </w:tc>
        <w:tc>
          <w:tcPr>
            <w:tcW w:w="3402" w:type="dxa"/>
            <w:shd w:val="clear" w:color="auto" w:fill="F4F7FA"/>
            <w:tcMar>
              <w:top w:w="90" w:type="dxa"/>
              <w:left w:w="110" w:type="dxa"/>
              <w:bottom w:w="90" w:type="dxa"/>
              <w:right w:w="110" w:type="dxa"/>
            </w:tcMar>
            <w:vAlign w:val="center"/>
          </w:tcPr>
          <w:p w14:paraId="745B345B" w14:textId="77777777" w:rsidR="00BF4373" w:rsidRDefault="00CE4A92">
            <w:pPr>
              <w:spacing w:after="0"/>
            </w:pPr>
            <w:r>
              <w:rPr>
                <w:sz w:val="17"/>
              </w:rPr>
              <w:t>Azzoli Barbara</w:t>
            </w:r>
          </w:p>
        </w:tc>
      </w:tr>
      <w:tr w:rsidR="00BF4373" w14:paraId="748DA2A4" w14:textId="77777777">
        <w:trPr>
          <w:jc w:val="center"/>
        </w:trPr>
        <w:tc>
          <w:tcPr>
            <w:tcW w:w="4252" w:type="dxa"/>
            <w:shd w:val="clear" w:color="auto" w:fill="FFFFFF"/>
            <w:tcMar>
              <w:top w:w="90" w:type="dxa"/>
              <w:left w:w="110" w:type="dxa"/>
              <w:bottom w:w="90" w:type="dxa"/>
              <w:right w:w="110" w:type="dxa"/>
            </w:tcMar>
            <w:vAlign w:val="center"/>
          </w:tcPr>
          <w:p w14:paraId="60ABD87D" w14:textId="77777777" w:rsidR="00BF4373" w:rsidRDefault="00CE4A92">
            <w:pPr>
              <w:spacing w:after="0"/>
            </w:pPr>
            <w:r>
              <w:rPr>
                <w:sz w:val="17"/>
              </w:rPr>
              <w:t>A.SANTILLI</w:t>
            </w:r>
          </w:p>
        </w:tc>
        <w:tc>
          <w:tcPr>
            <w:tcW w:w="1984" w:type="dxa"/>
            <w:shd w:val="clear" w:color="auto" w:fill="FFFFFF"/>
            <w:tcMar>
              <w:top w:w="90" w:type="dxa"/>
              <w:left w:w="110" w:type="dxa"/>
              <w:bottom w:w="90" w:type="dxa"/>
              <w:right w:w="110" w:type="dxa"/>
            </w:tcMar>
            <w:vAlign w:val="center"/>
          </w:tcPr>
          <w:p w14:paraId="3B9D151E" w14:textId="77777777" w:rsidR="00BF4373" w:rsidRDefault="00CE4A92">
            <w:pPr>
              <w:spacing w:after="0"/>
            </w:pPr>
            <w:r>
              <w:rPr>
                <w:sz w:val="17"/>
              </w:rPr>
              <w:t>1B</w:t>
            </w:r>
          </w:p>
        </w:tc>
        <w:tc>
          <w:tcPr>
            <w:tcW w:w="3402" w:type="dxa"/>
            <w:shd w:val="clear" w:color="auto" w:fill="FFFFFF"/>
            <w:tcMar>
              <w:top w:w="90" w:type="dxa"/>
              <w:left w:w="110" w:type="dxa"/>
              <w:bottom w:w="90" w:type="dxa"/>
              <w:right w:w="110" w:type="dxa"/>
            </w:tcMar>
            <w:vAlign w:val="center"/>
          </w:tcPr>
          <w:p w14:paraId="143FF458" w14:textId="77777777" w:rsidR="00BF4373" w:rsidRDefault="00CE4A92">
            <w:pPr>
              <w:spacing w:after="0"/>
            </w:pPr>
            <w:r>
              <w:rPr>
                <w:sz w:val="17"/>
              </w:rPr>
              <w:t>Coletta Angioletta</w:t>
            </w:r>
          </w:p>
        </w:tc>
      </w:tr>
      <w:tr w:rsidR="00BF4373" w14:paraId="64F96D8C" w14:textId="77777777">
        <w:trPr>
          <w:jc w:val="center"/>
        </w:trPr>
        <w:tc>
          <w:tcPr>
            <w:tcW w:w="4252" w:type="dxa"/>
            <w:shd w:val="clear" w:color="auto" w:fill="F4F7FA"/>
            <w:tcMar>
              <w:top w:w="90" w:type="dxa"/>
              <w:left w:w="110" w:type="dxa"/>
              <w:bottom w:w="90" w:type="dxa"/>
              <w:right w:w="110" w:type="dxa"/>
            </w:tcMar>
            <w:vAlign w:val="center"/>
          </w:tcPr>
          <w:p w14:paraId="78A56323" w14:textId="77777777" w:rsidR="00BF4373" w:rsidRDefault="00CE4A92">
            <w:pPr>
              <w:spacing w:after="0"/>
            </w:pPr>
            <w:r>
              <w:rPr>
                <w:sz w:val="17"/>
              </w:rPr>
              <w:t>A.SANTILLI</w:t>
            </w:r>
          </w:p>
        </w:tc>
        <w:tc>
          <w:tcPr>
            <w:tcW w:w="1984" w:type="dxa"/>
            <w:shd w:val="clear" w:color="auto" w:fill="F4F7FA"/>
            <w:tcMar>
              <w:top w:w="90" w:type="dxa"/>
              <w:left w:w="110" w:type="dxa"/>
              <w:bottom w:w="90" w:type="dxa"/>
              <w:right w:w="110" w:type="dxa"/>
            </w:tcMar>
            <w:vAlign w:val="center"/>
          </w:tcPr>
          <w:p w14:paraId="7BD935C4" w14:textId="77777777" w:rsidR="00BF4373" w:rsidRDefault="00CE4A92">
            <w:pPr>
              <w:spacing w:after="0"/>
            </w:pPr>
            <w:r>
              <w:rPr>
                <w:sz w:val="17"/>
              </w:rPr>
              <w:t>1C</w:t>
            </w:r>
          </w:p>
        </w:tc>
        <w:tc>
          <w:tcPr>
            <w:tcW w:w="3402" w:type="dxa"/>
            <w:shd w:val="clear" w:color="auto" w:fill="F4F7FA"/>
            <w:tcMar>
              <w:top w:w="90" w:type="dxa"/>
              <w:left w:w="110" w:type="dxa"/>
              <w:bottom w:w="90" w:type="dxa"/>
              <w:right w:w="110" w:type="dxa"/>
            </w:tcMar>
            <w:vAlign w:val="center"/>
          </w:tcPr>
          <w:p w14:paraId="56F08A60" w14:textId="77777777" w:rsidR="00BF4373" w:rsidRDefault="00CE4A92">
            <w:pPr>
              <w:spacing w:after="0"/>
            </w:pPr>
            <w:r>
              <w:rPr>
                <w:sz w:val="17"/>
              </w:rPr>
              <w:t>Pannone Emilia</w:t>
            </w:r>
          </w:p>
        </w:tc>
      </w:tr>
      <w:tr w:rsidR="00BF4373" w14:paraId="5FCCD629" w14:textId="77777777">
        <w:trPr>
          <w:jc w:val="center"/>
        </w:trPr>
        <w:tc>
          <w:tcPr>
            <w:tcW w:w="4252" w:type="dxa"/>
            <w:shd w:val="clear" w:color="auto" w:fill="FFFFFF"/>
            <w:tcMar>
              <w:top w:w="90" w:type="dxa"/>
              <w:left w:w="110" w:type="dxa"/>
              <w:bottom w:w="90" w:type="dxa"/>
              <w:right w:w="110" w:type="dxa"/>
            </w:tcMar>
            <w:vAlign w:val="center"/>
          </w:tcPr>
          <w:p w14:paraId="4FEC8A8C" w14:textId="77777777" w:rsidR="00BF4373" w:rsidRDefault="00CE4A92">
            <w:pPr>
              <w:spacing w:after="0"/>
            </w:pPr>
            <w:r>
              <w:rPr>
                <w:sz w:val="17"/>
              </w:rPr>
              <w:t>A.SANTILLI</w:t>
            </w:r>
          </w:p>
        </w:tc>
        <w:tc>
          <w:tcPr>
            <w:tcW w:w="1984" w:type="dxa"/>
            <w:shd w:val="clear" w:color="auto" w:fill="FFFFFF"/>
            <w:tcMar>
              <w:top w:w="90" w:type="dxa"/>
              <w:left w:w="110" w:type="dxa"/>
              <w:bottom w:w="90" w:type="dxa"/>
              <w:right w:w="110" w:type="dxa"/>
            </w:tcMar>
            <w:vAlign w:val="center"/>
          </w:tcPr>
          <w:p w14:paraId="408BEBE9" w14:textId="77777777" w:rsidR="00BF4373" w:rsidRDefault="00CE4A92">
            <w:pPr>
              <w:spacing w:after="0"/>
            </w:pPr>
            <w:r>
              <w:rPr>
                <w:sz w:val="17"/>
              </w:rPr>
              <w:t>2A</w:t>
            </w:r>
          </w:p>
        </w:tc>
        <w:tc>
          <w:tcPr>
            <w:tcW w:w="3402" w:type="dxa"/>
            <w:shd w:val="clear" w:color="auto" w:fill="FFFFFF"/>
            <w:tcMar>
              <w:top w:w="90" w:type="dxa"/>
              <w:left w:w="110" w:type="dxa"/>
              <w:bottom w:w="90" w:type="dxa"/>
              <w:right w:w="110" w:type="dxa"/>
            </w:tcMar>
            <w:vAlign w:val="center"/>
          </w:tcPr>
          <w:p w14:paraId="52E61552" w14:textId="77777777" w:rsidR="00BF4373" w:rsidRDefault="00CE4A92">
            <w:pPr>
              <w:spacing w:after="0"/>
            </w:pPr>
            <w:r>
              <w:rPr>
                <w:sz w:val="17"/>
              </w:rPr>
              <w:t>Mancini Giulia</w:t>
            </w:r>
          </w:p>
        </w:tc>
      </w:tr>
      <w:tr w:rsidR="00BF4373" w14:paraId="4542797C" w14:textId="77777777">
        <w:trPr>
          <w:jc w:val="center"/>
        </w:trPr>
        <w:tc>
          <w:tcPr>
            <w:tcW w:w="4252" w:type="dxa"/>
            <w:shd w:val="clear" w:color="auto" w:fill="F4F7FA"/>
            <w:tcMar>
              <w:top w:w="90" w:type="dxa"/>
              <w:left w:w="110" w:type="dxa"/>
              <w:bottom w:w="90" w:type="dxa"/>
              <w:right w:w="110" w:type="dxa"/>
            </w:tcMar>
            <w:vAlign w:val="center"/>
          </w:tcPr>
          <w:p w14:paraId="5040C7E6" w14:textId="77777777" w:rsidR="00BF4373" w:rsidRDefault="00CE4A92">
            <w:pPr>
              <w:spacing w:after="0"/>
            </w:pPr>
            <w:r>
              <w:rPr>
                <w:sz w:val="17"/>
              </w:rPr>
              <w:t>A.SANTILLI</w:t>
            </w:r>
          </w:p>
        </w:tc>
        <w:tc>
          <w:tcPr>
            <w:tcW w:w="1984" w:type="dxa"/>
            <w:shd w:val="clear" w:color="auto" w:fill="F4F7FA"/>
            <w:tcMar>
              <w:top w:w="90" w:type="dxa"/>
              <w:left w:w="110" w:type="dxa"/>
              <w:bottom w:w="90" w:type="dxa"/>
              <w:right w:w="110" w:type="dxa"/>
            </w:tcMar>
            <w:vAlign w:val="center"/>
          </w:tcPr>
          <w:p w14:paraId="604196B3" w14:textId="77777777" w:rsidR="00BF4373" w:rsidRDefault="00CE4A92">
            <w:pPr>
              <w:spacing w:after="0"/>
            </w:pPr>
            <w:r>
              <w:rPr>
                <w:sz w:val="17"/>
              </w:rPr>
              <w:t>2B</w:t>
            </w:r>
          </w:p>
        </w:tc>
        <w:tc>
          <w:tcPr>
            <w:tcW w:w="3402" w:type="dxa"/>
            <w:shd w:val="clear" w:color="auto" w:fill="F4F7FA"/>
            <w:tcMar>
              <w:top w:w="90" w:type="dxa"/>
              <w:left w:w="110" w:type="dxa"/>
              <w:bottom w:w="90" w:type="dxa"/>
              <w:right w:w="110" w:type="dxa"/>
            </w:tcMar>
            <w:vAlign w:val="center"/>
          </w:tcPr>
          <w:p w14:paraId="4F3F2A31" w14:textId="77777777" w:rsidR="00BF4373" w:rsidRDefault="00CE4A92">
            <w:pPr>
              <w:spacing w:after="0"/>
            </w:pPr>
            <w:r>
              <w:rPr>
                <w:sz w:val="17"/>
              </w:rPr>
              <w:t>Verrilli Anna</w:t>
            </w:r>
          </w:p>
        </w:tc>
      </w:tr>
      <w:tr w:rsidR="00BF4373" w14:paraId="139D5260" w14:textId="77777777">
        <w:trPr>
          <w:jc w:val="center"/>
        </w:trPr>
        <w:tc>
          <w:tcPr>
            <w:tcW w:w="4252" w:type="dxa"/>
            <w:shd w:val="clear" w:color="auto" w:fill="FFFFFF"/>
            <w:tcMar>
              <w:top w:w="90" w:type="dxa"/>
              <w:left w:w="110" w:type="dxa"/>
              <w:bottom w:w="90" w:type="dxa"/>
              <w:right w:w="110" w:type="dxa"/>
            </w:tcMar>
            <w:vAlign w:val="center"/>
          </w:tcPr>
          <w:p w14:paraId="223B622A" w14:textId="77777777" w:rsidR="00BF4373" w:rsidRDefault="00CE4A92">
            <w:pPr>
              <w:spacing w:after="0"/>
            </w:pPr>
            <w:r>
              <w:rPr>
                <w:sz w:val="17"/>
              </w:rPr>
              <w:t>A.SANTILLI</w:t>
            </w:r>
          </w:p>
        </w:tc>
        <w:tc>
          <w:tcPr>
            <w:tcW w:w="1984" w:type="dxa"/>
            <w:shd w:val="clear" w:color="auto" w:fill="FFFFFF"/>
            <w:tcMar>
              <w:top w:w="90" w:type="dxa"/>
              <w:left w:w="110" w:type="dxa"/>
              <w:bottom w:w="90" w:type="dxa"/>
              <w:right w:w="110" w:type="dxa"/>
            </w:tcMar>
            <w:vAlign w:val="center"/>
          </w:tcPr>
          <w:p w14:paraId="5B31B01C" w14:textId="77777777" w:rsidR="00BF4373" w:rsidRDefault="00CE4A92">
            <w:pPr>
              <w:spacing w:after="0"/>
            </w:pPr>
            <w:r>
              <w:rPr>
                <w:sz w:val="17"/>
              </w:rPr>
              <w:t>3A</w:t>
            </w:r>
          </w:p>
        </w:tc>
        <w:tc>
          <w:tcPr>
            <w:tcW w:w="3402" w:type="dxa"/>
            <w:shd w:val="clear" w:color="auto" w:fill="FFFFFF"/>
            <w:tcMar>
              <w:top w:w="90" w:type="dxa"/>
              <w:left w:w="110" w:type="dxa"/>
              <w:bottom w:w="90" w:type="dxa"/>
              <w:right w:w="110" w:type="dxa"/>
            </w:tcMar>
            <w:vAlign w:val="center"/>
          </w:tcPr>
          <w:p w14:paraId="1C3E0D9F" w14:textId="77777777" w:rsidR="00BF4373" w:rsidRDefault="00CE4A92">
            <w:pPr>
              <w:spacing w:after="0"/>
            </w:pPr>
            <w:r>
              <w:rPr>
                <w:sz w:val="17"/>
              </w:rPr>
              <w:t>Pannone Emilia</w:t>
            </w:r>
          </w:p>
        </w:tc>
      </w:tr>
      <w:tr w:rsidR="00BF4373" w14:paraId="0AB9E2CD" w14:textId="77777777">
        <w:trPr>
          <w:jc w:val="center"/>
        </w:trPr>
        <w:tc>
          <w:tcPr>
            <w:tcW w:w="4252" w:type="dxa"/>
            <w:shd w:val="clear" w:color="auto" w:fill="F4F7FA"/>
            <w:tcMar>
              <w:top w:w="90" w:type="dxa"/>
              <w:left w:w="110" w:type="dxa"/>
              <w:bottom w:w="90" w:type="dxa"/>
              <w:right w:w="110" w:type="dxa"/>
            </w:tcMar>
            <w:vAlign w:val="center"/>
          </w:tcPr>
          <w:p w14:paraId="156DD68A" w14:textId="77777777" w:rsidR="00BF4373" w:rsidRDefault="00CE4A92">
            <w:pPr>
              <w:spacing w:after="0"/>
            </w:pPr>
            <w:r>
              <w:rPr>
                <w:sz w:val="17"/>
              </w:rPr>
              <w:t>A.SANTILLI</w:t>
            </w:r>
          </w:p>
        </w:tc>
        <w:tc>
          <w:tcPr>
            <w:tcW w:w="1984" w:type="dxa"/>
            <w:shd w:val="clear" w:color="auto" w:fill="F4F7FA"/>
            <w:tcMar>
              <w:top w:w="90" w:type="dxa"/>
              <w:left w:w="110" w:type="dxa"/>
              <w:bottom w:w="90" w:type="dxa"/>
              <w:right w:w="110" w:type="dxa"/>
            </w:tcMar>
            <w:vAlign w:val="center"/>
          </w:tcPr>
          <w:p w14:paraId="31CC1F4F" w14:textId="77777777" w:rsidR="00BF4373" w:rsidRDefault="00CE4A92">
            <w:pPr>
              <w:spacing w:after="0"/>
            </w:pPr>
            <w:r>
              <w:rPr>
                <w:sz w:val="17"/>
              </w:rPr>
              <w:t>3B</w:t>
            </w:r>
          </w:p>
        </w:tc>
        <w:tc>
          <w:tcPr>
            <w:tcW w:w="3402" w:type="dxa"/>
            <w:shd w:val="clear" w:color="auto" w:fill="F4F7FA"/>
            <w:tcMar>
              <w:top w:w="90" w:type="dxa"/>
              <w:left w:w="110" w:type="dxa"/>
              <w:bottom w:w="90" w:type="dxa"/>
              <w:right w:w="110" w:type="dxa"/>
            </w:tcMar>
            <w:vAlign w:val="center"/>
          </w:tcPr>
          <w:p w14:paraId="7ED9F5DC" w14:textId="77777777" w:rsidR="00BF4373" w:rsidRDefault="00CE4A92">
            <w:pPr>
              <w:spacing w:after="0"/>
            </w:pPr>
            <w:r>
              <w:rPr>
                <w:sz w:val="17"/>
              </w:rPr>
              <w:t>Cavalotti Letizia</w:t>
            </w:r>
          </w:p>
        </w:tc>
      </w:tr>
      <w:tr w:rsidR="00BF4373" w14:paraId="35762E11" w14:textId="77777777">
        <w:trPr>
          <w:jc w:val="center"/>
        </w:trPr>
        <w:tc>
          <w:tcPr>
            <w:tcW w:w="4252" w:type="dxa"/>
            <w:shd w:val="clear" w:color="auto" w:fill="FFFFFF"/>
            <w:tcMar>
              <w:top w:w="90" w:type="dxa"/>
              <w:left w:w="110" w:type="dxa"/>
              <w:bottom w:w="90" w:type="dxa"/>
              <w:right w:w="110" w:type="dxa"/>
            </w:tcMar>
            <w:vAlign w:val="center"/>
          </w:tcPr>
          <w:p w14:paraId="183E78EA" w14:textId="77777777" w:rsidR="00BF4373" w:rsidRDefault="00CE4A92">
            <w:pPr>
              <w:spacing w:after="0"/>
            </w:pPr>
            <w:r>
              <w:rPr>
                <w:sz w:val="17"/>
              </w:rPr>
              <w:t>VALLEROTONDA</w:t>
            </w:r>
          </w:p>
        </w:tc>
        <w:tc>
          <w:tcPr>
            <w:tcW w:w="1984" w:type="dxa"/>
            <w:shd w:val="clear" w:color="auto" w:fill="FFFFFF"/>
            <w:tcMar>
              <w:top w:w="90" w:type="dxa"/>
              <w:left w:w="110" w:type="dxa"/>
              <w:bottom w:w="90" w:type="dxa"/>
              <w:right w:w="110" w:type="dxa"/>
            </w:tcMar>
            <w:vAlign w:val="center"/>
          </w:tcPr>
          <w:p w14:paraId="2FB16374" w14:textId="77777777" w:rsidR="00BF4373" w:rsidRDefault="00CE4A92">
            <w:pPr>
              <w:spacing w:after="0"/>
            </w:pPr>
            <w:r>
              <w:rPr>
                <w:sz w:val="17"/>
              </w:rPr>
              <w:t>1D</w:t>
            </w:r>
          </w:p>
        </w:tc>
        <w:tc>
          <w:tcPr>
            <w:tcW w:w="3402" w:type="dxa"/>
            <w:shd w:val="clear" w:color="auto" w:fill="FFFFFF"/>
            <w:tcMar>
              <w:top w:w="90" w:type="dxa"/>
              <w:left w:w="110" w:type="dxa"/>
              <w:bottom w:w="90" w:type="dxa"/>
              <w:right w:w="110" w:type="dxa"/>
            </w:tcMar>
            <w:vAlign w:val="center"/>
          </w:tcPr>
          <w:p w14:paraId="434126B1" w14:textId="77777777" w:rsidR="00BF4373" w:rsidRDefault="00CE4A92">
            <w:pPr>
              <w:spacing w:after="0"/>
            </w:pPr>
            <w:r>
              <w:rPr>
                <w:sz w:val="17"/>
              </w:rPr>
              <w:t>Talitro Valeria</w:t>
            </w:r>
          </w:p>
        </w:tc>
      </w:tr>
      <w:tr w:rsidR="00BF4373" w14:paraId="023F9EB9" w14:textId="77777777">
        <w:trPr>
          <w:jc w:val="center"/>
        </w:trPr>
        <w:tc>
          <w:tcPr>
            <w:tcW w:w="4252" w:type="dxa"/>
            <w:shd w:val="clear" w:color="auto" w:fill="F4F7FA"/>
            <w:tcMar>
              <w:top w:w="90" w:type="dxa"/>
              <w:left w:w="110" w:type="dxa"/>
              <w:bottom w:w="90" w:type="dxa"/>
              <w:right w:w="110" w:type="dxa"/>
            </w:tcMar>
            <w:vAlign w:val="center"/>
          </w:tcPr>
          <w:p w14:paraId="11D20CE2" w14:textId="77777777" w:rsidR="00BF4373" w:rsidRDefault="00CE4A92">
            <w:pPr>
              <w:spacing w:after="0"/>
            </w:pPr>
            <w:r>
              <w:rPr>
                <w:sz w:val="17"/>
              </w:rPr>
              <w:t>VALLEROTONDA</w:t>
            </w:r>
          </w:p>
        </w:tc>
        <w:tc>
          <w:tcPr>
            <w:tcW w:w="1984" w:type="dxa"/>
            <w:shd w:val="clear" w:color="auto" w:fill="F4F7FA"/>
            <w:tcMar>
              <w:top w:w="90" w:type="dxa"/>
              <w:left w:w="110" w:type="dxa"/>
              <w:bottom w:w="90" w:type="dxa"/>
              <w:right w:w="110" w:type="dxa"/>
            </w:tcMar>
            <w:vAlign w:val="center"/>
          </w:tcPr>
          <w:p w14:paraId="4244F140" w14:textId="77777777" w:rsidR="00BF4373" w:rsidRDefault="00CE4A92">
            <w:pPr>
              <w:spacing w:after="0"/>
            </w:pPr>
            <w:r>
              <w:rPr>
                <w:sz w:val="17"/>
              </w:rPr>
              <w:t>3D</w:t>
            </w:r>
          </w:p>
        </w:tc>
        <w:tc>
          <w:tcPr>
            <w:tcW w:w="3402" w:type="dxa"/>
            <w:shd w:val="clear" w:color="auto" w:fill="F4F7FA"/>
            <w:tcMar>
              <w:top w:w="90" w:type="dxa"/>
              <w:left w:w="110" w:type="dxa"/>
              <w:bottom w:w="90" w:type="dxa"/>
              <w:right w:w="110" w:type="dxa"/>
            </w:tcMar>
            <w:vAlign w:val="center"/>
          </w:tcPr>
          <w:p w14:paraId="69E7F219" w14:textId="77777777" w:rsidR="00BF4373" w:rsidRDefault="00CE4A92">
            <w:pPr>
              <w:spacing w:after="0"/>
            </w:pPr>
            <w:r>
              <w:rPr>
                <w:sz w:val="17"/>
              </w:rPr>
              <w:t>Bianchi Elio</w:t>
            </w:r>
          </w:p>
        </w:tc>
      </w:tr>
    </w:tbl>
    <w:p w14:paraId="5DB8D96D" w14:textId="77777777" w:rsidR="00BF4373" w:rsidRDefault="00BF4373">
      <w:pPr>
        <w:spacing w:after="20"/>
      </w:pPr>
    </w:p>
    <w:p w14:paraId="177A099D" w14:textId="77777777" w:rsidR="00BF4373" w:rsidRDefault="00CE4A92">
      <w:pPr>
        <w:pBdr>
          <w:bottom w:val="single" w:sz="18" w:space="4" w:color="2F75B5"/>
        </w:pBdr>
        <w:spacing w:before="200" w:after="120"/>
      </w:pPr>
      <w:r>
        <w:rPr>
          <w:rFonts w:ascii="Aptos Display" w:hAnsi="Aptos Display"/>
          <w:b/>
          <w:color w:val="17365D"/>
          <w:sz w:val="32"/>
        </w:rPr>
        <w:t>FUNZIONI STRUMENTALI</w:t>
      </w:r>
    </w:p>
    <w:tbl>
      <w:tblPr>
        <w:tblStyle w:val="Grigliatabella"/>
        <w:tblW w:w="0" w:type="auto"/>
        <w:jc w:val="center"/>
        <w:tblBorders>
          <w:top w:val="single" w:sz="6" w:space="0" w:color="B8C7D9"/>
          <w:left w:val="single" w:sz="6" w:space="0" w:color="B8C7D9"/>
          <w:bottom w:val="single" w:sz="6" w:space="0" w:color="B8C7D9"/>
          <w:right w:val="single" w:sz="6" w:space="0" w:color="B8C7D9"/>
          <w:insideH w:val="single" w:sz="6" w:space="0" w:color="B8C7D9"/>
          <w:insideV w:val="single" w:sz="6" w:space="0" w:color="B8C7D9"/>
        </w:tblBorders>
        <w:tblLayout w:type="fixed"/>
        <w:tblLook w:val="04A0" w:firstRow="1" w:lastRow="0" w:firstColumn="1" w:lastColumn="0" w:noHBand="0" w:noVBand="1"/>
      </w:tblPr>
      <w:tblGrid>
        <w:gridCol w:w="7370"/>
        <w:gridCol w:w="2268"/>
      </w:tblGrid>
      <w:tr w:rsidR="00BF4373" w14:paraId="29596C37" w14:textId="77777777">
        <w:trPr>
          <w:tblHeader/>
          <w:jc w:val="center"/>
        </w:trPr>
        <w:tc>
          <w:tcPr>
            <w:tcW w:w="7370" w:type="dxa"/>
            <w:shd w:val="clear" w:color="auto" w:fill="17365D"/>
            <w:tcMar>
              <w:top w:w="110" w:type="dxa"/>
              <w:left w:w="100" w:type="dxa"/>
              <w:bottom w:w="110" w:type="dxa"/>
              <w:right w:w="100" w:type="dxa"/>
            </w:tcMar>
            <w:vAlign w:val="center"/>
          </w:tcPr>
          <w:p w14:paraId="3FCF7C70" w14:textId="77777777" w:rsidR="00BF4373" w:rsidRDefault="00CE4A92">
            <w:pPr>
              <w:spacing w:after="0"/>
              <w:jc w:val="center"/>
            </w:pPr>
            <w:r>
              <w:rPr>
                <w:b/>
                <w:color w:val="FFFFFF"/>
                <w:sz w:val="18"/>
              </w:rPr>
              <w:t>AREA / FUNZIONE</w:t>
            </w:r>
          </w:p>
        </w:tc>
        <w:tc>
          <w:tcPr>
            <w:tcW w:w="2268" w:type="dxa"/>
            <w:shd w:val="clear" w:color="auto" w:fill="17365D"/>
            <w:tcMar>
              <w:top w:w="110" w:type="dxa"/>
              <w:left w:w="100" w:type="dxa"/>
              <w:bottom w:w="110" w:type="dxa"/>
              <w:right w:w="100" w:type="dxa"/>
            </w:tcMar>
            <w:vAlign w:val="center"/>
          </w:tcPr>
          <w:p w14:paraId="15E5BB91" w14:textId="77777777" w:rsidR="00BF4373" w:rsidRDefault="00CE4A92">
            <w:pPr>
              <w:spacing w:after="0"/>
              <w:jc w:val="center"/>
            </w:pPr>
            <w:r>
              <w:rPr>
                <w:b/>
                <w:color w:val="FFFFFF"/>
                <w:sz w:val="18"/>
              </w:rPr>
              <w:t>TITOLARE/I</w:t>
            </w:r>
          </w:p>
        </w:tc>
      </w:tr>
      <w:tr w:rsidR="00BF4373" w14:paraId="27C27E1F" w14:textId="77777777">
        <w:trPr>
          <w:jc w:val="center"/>
        </w:trPr>
        <w:tc>
          <w:tcPr>
            <w:tcW w:w="7370" w:type="dxa"/>
            <w:shd w:val="clear" w:color="auto" w:fill="F4F7FA"/>
            <w:tcMar>
              <w:top w:w="90" w:type="dxa"/>
              <w:left w:w="110" w:type="dxa"/>
              <w:bottom w:w="90" w:type="dxa"/>
              <w:right w:w="110" w:type="dxa"/>
            </w:tcMar>
            <w:vAlign w:val="center"/>
          </w:tcPr>
          <w:p w14:paraId="669938D8" w14:textId="77777777" w:rsidR="00BF4373" w:rsidRDefault="00CE4A92">
            <w:pPr>
              <w:spacing w:after="0"/>
            </w:pPr>
            <w:r>
              <w:rPr>
                <w:sz w:val="17"/>
              </w:rPr>
              <w:t>Area A: Programmazione strategica e valutazione</w:t>
            </w:r>
          </w:p>
        </w:tc>
        <w:tc>
          <w:tcPr>
            <w:tcW w:w="2268" w:type="dxa"/>
            <w:shd w:val="clear" w:color="auto" w:fill="F4F7FA"/>
            <w:tcMar>
              <w:top w:w="90" w:type="dxa"/>
              <w:left w:w="110" w:type="dxa"/>
              <w:bottom w:w="90" w:type="dxa"/>
              <w:right w:w="110" w:type="dxa"/>
            </w:tcMar>
            <w:vAlign w:val="center"/>
          </w:tcPr>
          <w:p w14:paraId="1F269F85" w14:textId="77777777" w:rsidR="00BF4373" w:rsidRDefault="00CE4A92">
            <w:pPr>
              <w:spacing w:after="0"/>
            </w:pPr>
            <w:r>
              <w:rPr>
                <w:sz w:val="17"/>
              </w:rPr>
              <w:t>Tamburrini M. Concetta</w:t>
            </w:r>
          </w:p>
        </w:tc>
      </w:tr>
      <w:tr w:rsidR="00BF4373" w14:paraId="6DCAB02C" w14:textId="77777777">
        <w:trPr>
          <w:jc w:val="center"/>
        </w:trPr>
        <w:tc>
          <w:tcPr>
            <w:tcW w:w="7370" w:type="dxa"/>
            <w:shd w:val="clear" w:color="auto" w:fill="FFFFFF"/>
            <w:tcMar>
              <w:top w:w="90" w:type="dxa"/>
              <w:left w:w="110" w:type="dxa"/>
              <w:bottom w:w="90" w:type="dxa"/>
              <w:right w:w="110" w:type="dxa"/>
            </w:tcMar>
            <w:vAlign w:val="center"/>
          </w:tcPr>
          <w:p w14:paraId="6B6D25B4" w14:textId="77777777" w:rsidR="00BF4373" w:rsidRDefault="00CE4A92">
            <w:pPr>
              <w:spacing w:after="0"/>
            </w:pPr>
            <w:r>
              <w:rPr>
                <w:sz w:val="17"/>
              </w:rPr>
              <w:t>Area B: Formazione, aggiornamento e supporto ai docenti - Tirocini (sdoppiata)</w:t>
            </w:r>
          </w:p>
        </w:tc>
        <w:tc>
          <w:tcPr>
            <w:tcW w:w="2268" w:type="dxa"/>
            <w:shd w:val="clear" w:color="auto" w:fill="FFFFFF"/>
            <w:tcMar>
              <w:top w:w="90" w:type="dxa"/>
              <w:left w:w="110" w:type="dxa"/>
              <w:bottom w:w="90" w:type="dxa"/>
              <w:right w:w="110" w:type="dxa"/>
            </w:tcMar>
            <w:vAlign w:val="center"/>
          </w:tcPr>
          <w:p w14:paraId="554C5E4E" w14:textId="77777777" w:rsidR="00BF4373" w:rsidRDefault="00CE4A92">
            <w:pPr>
              <w:spacing w:after="0"/>
            </w:pPr>
            <w:r>
              <w:rPr>
                <w:sz w:val="17"/>
              </w:rPr>
              <w:t>La Marra I - Di Mascio R.</w:t>
            </w:r>
          </w:p>
        </w:tc>
      </w:tr>
      <w:tr w:rsidR="00BF4373" w14:paraId="25E29439" w14:textId="77777777">
        <w:trPr>
          <w:jc w:val="center"/>
        </w:trPr>
        <w:tc>
          <w:tcPr>
            <w:tcW w:w="7370" w:type="dxa"/>
            <w:shd w:val="clear" w:color="auto" w:fill="F4F7FA"/>
            <w:tcMar>
              <w:top w:w="90" w:type="dxa"/>
              <w:left w:w="110" w:type="dxa"/>
              <w:bottom w:w="90" w:type="dxa"/>
              <w:right w:w="110" w:type="dxa"/>
            </w:tcMar>
            <w:vAlign w:val="center"/>
          </w:tcPr>
          <w:p w14:paraId="13D58006" w14:textId="77777777" w:rsidR="00BF4373" w:rsidRDefault="00CE4A92">
            <w:pPr>
              <w:spacing w:after="0"/>
            </w:pPr>
            <w:r>
              <w:rPr>
                <w:sz w:val="17"/>
              </w:rPr>
              <w:t>Area C: Supporto agli studenti - Orientamento e Continuità attività di recupero e monitoraggio dispersione</w:t>
            </w:r>
          </w:p>
        </w:tc>
        <w:tc>
          <w:tcPr>
            <w:tcW w:w="2268" w:type="dxa"/>
            <w:shd w:val="clear" w:color="auto" w:fill="F4F7FA"/>
            <w:tcMar>
              <w:top w:w="90" w:type="dxa"/>
              <w:left w:w="110" w:type="dxa"/>
              <w:bottom w:w="90" w:type="dxa"/>
              <w:right w:w="110" w:type="dxa"/>
            </w:tcMar>
            <w:vAlign w:val="center"/>
          </w:tcPr>
          <w:p w14:paraId="009D195C" w14:textId="77777777" w:rsidR="00BF4373" w:rsidRDefault="00CE4A92">
            <w:pPr>
              <w:spacing w:after="0"/>
            </w:pPr>
            <w:r>
              <w:rPr>
                <w:sz w:val="17"/>
              </w:rPr>
              <w:t>Di Leone Eglandina</w:t>
            </w:r>
          </w:p>
        </w:tc>
      </w:tr>
      <w:tr w:rsidR="00BF4373" w14:paraId="061EB788" w14:textId="77777777">
        <w:trPr>
          <w:jc w:val="center"/>
        </w:trPr>
        <w:tc>
          <w:tcPr>
            <w:tcW w:w="7370" w:type="dxa"/>
            <w:shd w:val="clear" w:color="auto" w:fill="FFFFFF"/>
            <w:tcMar>
              <w:top w:w="90" w:type="dxa"/>
              <w:left w:w="110" w:type="dxa"/>
              <w:bottom w:w="90" w:type="dxa"/>
              <w:right w:w="110" w:type="dxa"/>
            </w:tcMar>
            <w:vAlign w:val="center"/>
          </w:tcPr>
          <w:p w14:paraId="005D1239" w14:textId="77777777" w:rsidR="00BF4373" w:rsidRDefault="00CE4A92">
            <w:pPr>
              <w:spacing w:after="0"/>
            </w:pPr>
            <w:r>
              <w:rPr>
                <w:sz w:val="17"/>
              </w:rPr>
              <w:t>Area D: Inclusione e Benessere a scuola, prevenzione e contrasto al Bullismo e Cyber-bullismo</w:t>
            </w:r>
          </w:p>
        </w:tc>
        <w:tc>
          <w:tcPr>
            <w:tcW w:w="2268" w:type="dxa"/>
            <w:shd w:val="clear" w:color="auto" w:fill="FFFFFF"/>
            <w:tcMar>
              <w:top w:w="90" w:type="dxa"/>
              <w:left w:w="110" w:type="dxa"/>
              <w:bottom w:w="90" w:type="dxa"/>
              <w:right w:w="110" w:type="dxa"/>
            </w:tcMar>
            <w:vAlign w:val="center"/>
          </w:tcPr>
          <w:p w14:paraId="0D90C693" w14:textId="77777777" w:rsidR="00BF4373" w:rsidRDefault="00CE4A92">
            <w:pPr>
              <w:spacing w:after="0"/>
            </w:pPr>
            <w:r>
              <w:rPr>
                <w:sz w:val="17"/>
              </w:rPr>
              <w:t>Di Mambro Valentina</w:t>
            </w:r>
          </w:p>
        </w:tc>
      </w:tr>
      <w:tr w:rsidR="00BF4373" w14:paraId="042E6028" w14:textId="77777777">
        <w:trPr>
          <w:jc w:val="center"/>
        </w:trPr>
        <w:tc>
          <w:tcPr>
            <w:tcW w:w="7370" w:type="dxa"/>
            <w:shd w:val="clear" w:color="auto" w:fill="F4F7FA"/>
            <w:tcMar>
              <w:top w:w="90" w:type="dxa"/>
              <w:left w:w="110" w:type="dxa"/>
              <w:bottom w:w="90" w:type="dxa"/>
              <w:right w:w="110" w:type="dxa"/>
            </w:tcMar>
            <w:vAlign w:val="center"/>
          </w:tcPr>
          <w:p w14:paraId="6373967E" w14:textId="77777777" w:rsidR="00BF4373" w:rsidRDefault="00CE4A92">
            <w:pPr>
              <w:spacing w:after="0"/>
            </w:pPr>
            <w:r>
              <w:rPr>
                <w:sz w:val="17"/>
              </w:rPr>
              <w:t>Area E: Internazionalizzazione e Stage Linguistici, INVALSI L2 campus, viaggi per tutti gli ordini (sdoppiata)</w:t>
            </w:r>
          </w:p>
        </w:tc>
        <w:tc>
          <w:tcPr>
            <w:tcW w:w="2268" w:type="dxa"/>
            <w:shd w:val="clear" w:color="auto" w:fill="F4F7FA"/>
            <w:tcMar>
              <w:top w:w="90" w:type="dxa"/>
              <w:left w:w="110" w:type="dxa"/>
              <w:bottom w:w="90" w:type="dxa"/>
              <w:right w:w="110" w:type="dxa"/>
            </w:tcMar>
            <w:vAlign w:val="center"/>
          </w:tcPr>
          <w:p w14:paraId="64614F5C" w14:textId="77777777" w:rsidR="00BF4373" w:rsidRDefault="00CE4A92">
            <w:pPr>
              <w:spacing w:after="0"/>
            </w:pPr>
            <w:r>
              <w:rPr>
                <w:sz w:val="17"/>
              </w:rPr>
              <w:t>Lanni T. – Mauriello P.</w:t>
            </w:r>
          </w:p>
        </w:tc>
      </w:tr>
      <w:tr w:rsidR="00BF4373" w14:paraId="0F0B9DAE" w14:textId="77777777">
        <w:trPr>
          <w:jc w:val="center"/>
        </w:trPr>
        <w:tc>
          <w:tcPr>
            <w:tcW w:w="7370" w:type="dxa"/>
            <w:shd w:val="clear" w:color="auto" w:fill="FFFFFF"/>
            <w:tcMar>
              <w:top w:w="90" w:type="dxa"/>
              <w:left w:w="110" w:type="dxa"/>
              <w:bottom w:w="90" w:type="dxa"/>
              <w:right w:w="110" w:type="dxa"/>
            </w:tcMar>
            <w:vAlign w:val="center"/>
          </w:tcPr>
          <w:p w14:paraId="022B88F2" w14:textId="77777777" w:rsidR="00BF4373" w:rsidRDefault="00CE4A92">
            <w:pPr>
              <w:spacing w:after="0"/>
            </w:pPr>
            <w:r>
              <w:rPr>
                <w:sz w:val="17"/>
              </w:rPr>
              <w:t>Area F: Eventi e uscite culturali, biblioteche, archivi documenti e modulistica dei CdC (sdoppiata)</w:t>
            </w:r>
          </w:p>
        </w:tc>
        <w:tc>
          <w:tcPr>
            <w:tcW w:w="2268" w:type="dxa"/>
            <w:shd w:val="clear" w:color="auto" w:fill="FFFFFF"/>
            <w:tcMar>
              <w:top w:w="90" w:type="dxa"/>
              <w:left w:w="110" w:type="dxa"/>
              <w:bottom w:w="90" w:type="dxa"/>
              <w:right w:w="110" w:type="dxa"/>
            </w:tcMar>
            <w:vAlign w:val="center"/>
          </w:tcPr>
          <w:p w14:paraId="5B31580C" w14:textId="77777777" w:rsidR="00BF4373" w:rsidRDefault="00CE4A92">
            <w:pPr>
              <w:spacing w:after="0"/>
            </w:pPr>
            <w:r>
              <w:rPr>
                <w:sz w:val="17"/>
              </w:rPr>
              <w:t>Coletta A. – Piscopo A.</w:t>
            </w:r>
          </w:p>
        </w:tc>
      </w:tr>
    </w:tbl>
    <w:p w14:paraId="4BACD41B" w14:textId="77777777" w:rsidR="00BF4373" w:rsidRDefault="00BF4373">
      <w:pPr>
        <w:spacing w:after="20"/>
      </w:pPr>
    </w:p>
    <w:p w14:paraId="4051FCFB" w14:textId="77777777" w:rsidR="00BF4373" w:rsidRDefault="00CE4A92">
      <w:pPr>
        <w:pBdr>
          <w:bottom w:val="single" w:sz="18" w:space="4" w:color="2F75B5"/>
        </w:pBdr>
        <w:spacing w:before="200" w:after="120"/>
      </w:pPr>
      <w:r>
        <w:rPr>
          <w:rFonts w:ascii="Aptos Display" w:hAnsi="Aptos Display"/>
          <w:b/>
          <w:color w:val="17365D"/>
          <w:sz w:val="32"/>
        </w:rPr>
        <w:t>COMMISSIONI A SUPPORTO DELLE FF.SS.</w:t>
      </w:r>
    </w:p>
    <w:p w14:paraId="2462F59D" w14:textId="77777777" w:rsidR="00BF4373" w:rsidRDefault="00CE4A92">
      <w:r>
        <w:rPr>
          <w:i/>
          <w:color w:val="6B7280"/>
          <w:sz w:val="17"/>
        </w:rPr>
        <w:t>Solo per le Aree non sdoppiate.</w:t>
      </w:r>
    </w:p>
    <w:tbl>
      <w:tblPr>
        <w:tblStyle w:val="Grigliatabella"/>
        <w:tblW w:w="0" w:type="auto"/>
        <w:jc w:val="center"/>
        <w:tblBorders>
          <w:top w:val="single" w:sz="6" w:space="0" w:color="B8C7D9"/>
          <w:left w:val="single" w:sz="6" w:space="0" w:color="B8C7D9"/>
          <w:bottom w:val="single" w:sz="6" w:space="0" w:color="B8C7D9"/>
          <w:right w:val="single" w:sz="6" w:space="0" w:color="B8C7D9"/>
          <w:insideH w:val="single" w:sz="6" w:space="0" w:color="B8C7D9"/>
          <w:insideV w:val="single" w:sz="6" w:space="0" w:color="B8C7D9"/>
        </w:tblBorders>
        <w:tblLayout w:type="fixed"/>
        <w:tblLook w:val="04A0" w:firstRow="1" w:lastRow="0" w:firstColumn="1" w:lastColumn="0" w:noHBand="0" w:noVBand="1"/>
      </w:tblPr>
      <w:tblGrid>
        <w:gridCol w:w="4535"/>
        <w:gridCol w:w="5102"/>
      </w:tblGrid>
      <w:tr w:rsidR="00BF4373" w14:paraId="5E0EE66C" w14:textId="77777777">
        <w:trPr>
          <w:tblHeader/>
          <w:jc w:val="center"/>
        </w:trPr>
        <w:tc>
          <w:tcPr>
            <w:tcW w:w="4535" w:type="dxa"/>
            <w:shd w:val="clear" w:color="auto" w:fill="17365D"/>
            <w:tcMar>
              <w:top w:w="110" w:type="dxa"/>
              <w:left w:w="100" w:type="dxa"/>
              <w:bottom w:w="110" w:type="dxa"/>
              <w:right w:w="100" w:type="dxa"/>
            </w:tcMar>
            <w:vAlign w:val="center"/>
          </w:tcPr>
          <w:p w14:paraId="03754601" w14:textId="77777777" w:rsidR="00BF4373" w:rsidRDefault="00CE4A92">
            <w:pPr>
              <w:spacing w:after="0"/>
              <w:jc w:val="center"/>
            </w:pPr>
            <w:r>
              <w:rPr>
                <w:b/>
                <w:color w:val="FFFFFF"/>
                <w:sz w:val="18"/>
              </w:rPr>
              <w:t>AREA</w:t>
            </w:r>
          </w:p>
        </w:tc>
        <w:tc>
          <w:tcPr>
            <w:tcW w:w="5102" w:type="dxa"/>
            <w:shd w:val="clear" w:color="auto" w:fill="17365D"/>
            <w:tcMar>
              <w:top w:w="110" w:type="dxa"/>
              <w:left w:w="100" w:type="dxa"/>
              <w:bottom w:w="110" w:type="dxa"/>
              <w:right w:w="100" w:type="dxa"/>
            </w:tcMar>
            <w:vAlign w:val="center"/>
          </w:tcPr>
          <w:p w14:paraId="450B5028" w14:textId="77777777" w:rsidR="00BF4373" w:rsidRDefault="00CE4A92">
            <w:pPr>
              <w:spacing w:after="0"/>
              <w:jc w:val="center"/>
            </w:pPr>
            <w:r>
              <w:rPr>
                <w:b/>
                <w:color w:val="FFFFFF"/>
                <w:sz w:val="18"/>
              </w:rPr>
              <w:t>COMPONENTI</w:t>
            </w:r>
          </w:p>
        </w:tc>
      </w:tr>
      <w:tr w:rsidR="00BF4373" w14:paraId="768ED841" w14:textId="77777777">
        <w:trPr>
          <w:jc w:val="center"/>
        </w:trPr>
        <w:tc>
          <w:tcPr>
            <w:tcW w:w="4535" w:type="dxa"/>
            <w:shd w:val="clear" w:color="auto" w:fill="F4F7FA"/>
            <w:tcMar>
              <w:top w:w="90" w:type="dxa"/>
              <w:left w:w="110" w:type="dxa"/>
              <w:bottom w:w="90" w:type="dxa"/>
              <w:right w:w="110" w:type="dxa"/>
            </w:tcMar>
            <w:vAlign w:val="center"/>
          </w:tcPr>
          <w:p w14:paraId="7CAA998B" w14:textId="77777777" w:rsidR="00BF4373" w:rsidRDefault="00CE4A92">
            <w:pPr>
              <w:spacing w:after="0"/>
            </w:pPr>
            <w:r>
              <w:rPr>
                <w:sz w:val="17"/>
              </w:rPr>
              <w:t>Area A: Programmazione strategica e valutazione</w:t>
            </w:r>
          </w:p>
        </w:tc>
        <w:tc>
          <w:tcPr>
            <w:tcW w:w="5102" w:type="dxa"/>
            <w:shd w:val="clear" w:color="auto" w:fill="F4F7FA"/>
            <w:tcMar>
              <w:top w:w="90" w:type="dxa"/>
              <w:left w:w="110" w:type="dxa"/>
              <w:bottom w:w="90" w:type="dxa"/>
              <w:right w:w="110" w:type="dxa"/>
            </w:tcMar>
            <w:vAlign w:val="center"/>
          </w:tcPr>
          <w:p w14:paraId="37D1614F" w14:textId="77777777" w:rsidR="00BF4373" w:rsidRDefault="00CE4A92">
            <w:pPr>
              <w:spacing w:after="0"/>
            </w:pPr>
            <w:r>
              <w:rPr>
                <w:sz w:val="17"/>
              </w:rPr>
              <w:t>De Marco Marisa, Esposito Emiliana, Azzoli Barbara</w:t>
            </w:r>
          </w:p>
        </w:tc>
      </w:tr>
      <w:tr w:rsidR="00BF4373" w14:paraId="68A67573" w14:textId="77777777">
        <w:trPr>
          <w:jc w:val="center"/>
        </w:trPr>
        <w:tc>
          <w:tcPr>
            <w:tcW w:w="4535" w:type="dxa"/>
            <w:shd w:val="clear" w:color="auto" w:fill="FFFFFF"/>
            <w:tcMar>
              <w:top w:w="90" w:type="dxa"/>
              <w:left w:w="110" w:type="dxa"/>
              <w:bottom w:w="90" w:type="dxa"/>
              <w:right w:w="110" w:type="dxa"/>
            </w:tcMar>
            <w:vAlign w:val="center"/>
          </w:tcPr>
          <w:p w14:paraId="610B3D88" w14:textId="77777777" w:rsidR="00BF4373" w:rsidRDefault="00CE4A92">
            <w:pPr>
              <w:spacing w:after="0"/>
            </w:pPr>
            <w:r>
              <w:rPr>
                <w:sz w:val="17"/>
              </w:rPr>
              <w:t>Area C: Supporto agli studenti - Orientamento e Continuità attività di recupero e monitoraggio dispersione</w:t>
            </w:r>
          </w:p>
        </w:tc>
        <w:tc>
          <w:tcPr>
            <w:tcW w:w="5102" w:type="dxa"/>
            <w:shd w:val="clear" w:color="auto" w:fill="FFFFFF"/>
            <w:tcMar>
              <w:top w:w="90" w:type="dxa"/>
              <w:left w:w="110" w:type="dxa"/>
              <w:bottom w:w="90" w:type="dxa"/>
              <w:right w:w="110" w:type="dxa"/>
            </w:tcMar>
            <w:vAlign w:val="center"/>
          </w:tcPr>
          <w:p w14:paraId="0744776E" w14:textId="77777777" w:rsidR="00BF4373" w:rsidRDefault="00CE4A92">
            <w:pPr>
              <w:spacing w:after="0"/>
            </w:pPr>
            <w:r>
              <w:rPr>
                <w:sz w:val="17"/>
              </w:rPr>
              <w:t>Genovese Silvia, PIscopo Annunziata, Terenzio Eugenio, Grossi Simona, Caporusso Carla, Venuti Franca</w:t>
            </w:r>
          </w:p>
        </w:tc>
      </w:tr>
      <w:tr w:rsidR="00BF4373" w14:paraId="43B6DD98" w14:textId="77777777">
        <w:trPr>
          <w:jc w:val="center"/>
        </w:trPr>
        <w:tc>
          <w:tcPr>
            <w:tcW w:w="4535" w:type="dxa"/>
            <w:shd w:val="clear" w:color="auto" w:fill="F4F7FA"/>
            <w:tcMar>
              <w:top w:w="90" w:type="dxa"/>
              <w:left w:w="110" w:type="dxa"/>
              <w:bottom w:w="90" w:type="dxa"/>
              <w:right w:w="110" w:type="dxa"/>
            </w:tcMar>
            <w:vAlign w:val="center"/>
          </w:tcPr>
          <w:p w14:paraId="54F4A959" w14:textId="77777777" w:rsidR="00BF4373" w:rsidRDefault="00CE4A92">
            <w:pPr>
              <w:spacing w:after="0"/>
            </w:pPr>
            <w:r>
              <w:rPr>
                <w:sz w:val="17"/>
              </w:rPr>
              <w:t>Area D: Inclusione e Benessere a scuola, prevenzione e contrasto al Bullismo e Cyber-bullismo</w:t>
            </w:r>
          </w:p>
        </w:tc>
        <w:tc>
          <w:tcPr>
            <w:tcW w:w="5102" w:type="dxa"/>
            <w:shd w:val="clear" w:color="auto" w:fill="F4F7FA"/>
            <w:tcMar>
              <w:top w:w="90" w:type="dxa"/>
              <w:left w:w="110" w:type="dxa"/>
              <w:bottom w:w="90" w:type="dxa"/>
              <w:right w:w="110" w:type="dxa"/>
            </w:tcMar>
            <w:vAlign w:val="center"/>
          </w:tcPr>
          <w:p w14:paraId="49119CBD" w14:textId="77777777" w:rsidR="00BF4373" w:rsidRDefault="00CE4A92">
            <w:pPr>
              <w:spacing w:after="0"/>
            </w:pPr>
            <w:r>
              <w:rPr>
                <w:sz w:val="17"/>
              </w:rPr>
              <w:t>Zonfrilli Diana, Buffardi Anna, Baccari Verdiana</w:t>
            </w:r>
          </w:p>
        </w:tc>
      </w:tr>
    </w:tbl>
    <w:p w14:paraId="595FEF60" w14:textId="77777777" w:rsidR="00BF4373" w:rsidRDefault="00BF4373">
      <w:pPr>
        <w:spacing w:after="20"/>
      </w:pPr>
    </w:p>
    <w:p w14:paraId="506F29F0" w14:textId="2CA499BA" w:rsidR="00BF4373" w:rsidRDefault="00CE4A92">
      <w:pPr>
        <w:pBdr>
          <w:bottom w:val="single" w:sz="18" w:space="4" w:color="2F75B5"/>
        </w:pBdr>
        <w:spacing w:before="200" w:after="120"/>
      </w:pPr>
      <w:r>
        <w:rPr>
          <w:rFonts w:ascii="Aptos Display" w:hAnsi="Aptos Display"/>
          <w:b/>
          <w:color w:val="17365D"/>
          <w:sz w:val="32"/>
        </w:rPr>
        <w:t>ALTRE COMMISSIONI</w:t>
      </w:r>
    </w:p>
    <w:tbl>
      <w:tblPr>
        <w:tblStyle w:val="Grigliatabella"/>
        <w:tblW w:w="0" w:type="auto"/>
        <w:jc w:val="center"/>
        <w:tblBorders>
          <w:top w:val="single" w:sz="6" w:space="0" w:color="B8C7D9"/>
          <w:left w:val="single" w:sz="6" w:space="0" w:color="B8C7D9"/>
          <w:bottom w:val="single" w:sz="6" w:space="0" w:color="B8C7D9"/>
          <w:right w:val="single" w:sz="6" w:space="0" w:color="B8C7D9"/>
          <w:insideH w:val="single" w:sz="6" w:space="0" w:color="B8C7D9"/>
          <w:insideV w:val="single" w:sz="6" w:space="0" w:color="B8C7D9"/>
        </w:tblBorders>
        <w:tblLayout w:type="fixed"/>
        <w:tblLook w:val="04A0" w:firstRow="1" w:lastRow="0" w:firstColumn="1" w:lastColumn="0" w:noHBand="0" w:noVBand="1"/>
      </w:tblPr>
      <w:tblGrid>
        <w:gridCol w:w="4252"/>
        <w:gridCol w:w="5386"/>
      </w:tblGrid>
      <w:tr w:rsidR="00BF4373" w14:paraId="36CA2925" w14:textId="77777777">
        <w:trPr>
          <w:tblHeader/>
          <w:jc w:val="center"/>
        </w:trPr>
        <w:tc>
          <w:tcPr>
            <w:tcW w:w="4252" w:type="dxa"/>
            <w:shd w:val="clear" w:color="auto" w:fill="17365D"/>
            <w:tcMar>
              <w:top w:w="110" w:type="dxa"/>
              <w:left w:w="100" w:type="dxa"/>
              <w:bottom w:w="110" w:type="dxa"/>
              <w:right w:w="100" w:type="dxa"/>
            </w:tcMar>
            <w:vAlign w:val="center"/>
          </w:tcPr>
          <w:p w14:paraId="53A8C3E3" w14:textId="77777777" w:rsidR="00BF4373" w:rsidRDefault="00CE4A92">
            <w:pPr>
              <w:spacing w:after="0"/>
              <w:jc w:val="center"/>
            </w:pPr>
            <w:r>
              <w:rPr>
                <w:b/>
                <w:color w:val="FFFFFF"/>
                <w:sz w:val="18"/>
              </w:rPr>
              <w:t>COMMISSIONE / FUNZIONE</w:t>
            </w:r>
          </w:p>
        </w:tc>
        <w:tc>
          <w:tcPr>
            <w:tcW w:w="5386" w:type="dxa"/>
            <w:shd w:val="clear" w:color="auto" w:fill="17365D"/>
            <w:tcMar>
              <w:top w:w="110" w:type="dxa"/>
              <w:left w:w="100" w:type="dxa"/>
              <w:bottom w:w="110" w:type="dxa"/>
              <w:right w:w="100" w:type="dxa"/>
            </w:tcMar>
            <w:vAlign w:val="center"/>
          </w:tcPr>
          <w:p w14:paraId="0C6FC44B" w14:textId="77777777" w:rsidR="00BF4373" w:rsidRDefault="00CE4A92">
            <w:pPr>
              <w:spacing w:after="0"/>
              <w:jc w:val="center"/>
            </w:pPr>
            <w:r>
              <w:rPr>
                <w:b/>
                <w:color w:val="FFFFFF"/>
                <w:sz w:val="18"/>
              </w:rPr>
              <w:t>COMPONENTI</w:t>
            </w:r>
          </w:p>
        </w:tc>
      </w:tr>
      <w:tr w:rsidR="00BF4373" w14:paraId="07E1F72E" w14:textId="77777777">
        <w:trPr>
          <w:jc w:val="center"/>
        </w:trPr>
        <w:tc>
          <w:tcPr>
            <w:tcW w:w="4252" w:type="dxa"/>
            <w:shd w:val="clear" w:color="auto" w:fill="F4F7FA"/>
            <w:tcMar>
              <w:top w:w="90" w:type="dxa"/>
              <w:left w:w="110" w:type="dxa"/>
              <w:bottom w:w="90" w:type="dxa"/>
              <w:right w:w="110" w:type="dxa"/>
            </w:tcMar>
            <w:vAlign w:val="center"/>
          </w:tcPr>
          <w:p w14:paraId="04993741" w14:textId="77777777" w:rsidR="00BF4373" w:rsidRDefault="00CE4A92">
            <w:pPr>
              <w:spacing w:after="0"/>
            </w:pPr>
            <w:r>
              <w:rPr>
                <w:sz w:val="17"/>
              </w:rPr>
              <w:t>NIV e INVALSI SSIG E PRIMARIA</w:t>
            </w:r>
          </w:p>
        </w:tc>
        <w:tc>
          <w:tcPr>
            <w:tcW w:w="5386" w:type="dxa"/>
            <w:shd w:val="clear" w:color="auto" w:fill="F4F7FA"/>
            <w:tcMar>
              <w:top w:w="90" w:type="dxa"/>
              <w:left w:w="110" w:type="dxa"/>
              <w:bottom w:w="90" w:type="dxa"/>
              <w:right w:w="110" w:type="dxa"/>
            </w:tcMar>
            <w:vAlign w:val="center"/>
          </w:tcPr>
          <w:p w14:paraId="04E95EAE" w14:textId="77777777" w:rsidR="00BF4373" w:rsidRDefault="00CE4A92">
            <w:pPr>
              <w:spacing w:after="0"/>
            </w:pPr>
            <w:r>
              <w:rPr>
                <w:sz w:val="17"/>
              </w:rPr>
              <w:t>Grossi Simona (inf.), Pirolli Davide (Primaria) Daniela Pergola (SSIG)</w:t>
            </w:r>
          </w:p>
        </w:tc>
      </w:tr>
      <w:tr w:rsidR="00BF4373" w14:paraId="214C376E" w14:textId="77777777">
        <w:trPr>
          <w:jc w:val="center"/>
        </w:trPr>
        <w:tc>
          <w:tcPr>
            <w:tcW w:w="4252" w:type="dxa"/>
            <w:shd w:val="clear" w:color="auto" w:fill="FFFFFF"/>
            <w:tcMar>
              <w:top w:w="90" w:type="dxa"/>
              <w:left w:w="110" w:type="dxa"/>
              <w:bottom w:w="90" w:type="dxa"/>
              <w:right w:w="110" w:type="dxa"/>
            </w:tcMar>
            <w:vAlign w:val="center"/>
          </w:tcPr>
          <w:p w14:paraId="02D45B82" w14:textId="77777777" w:rsidR="00BF4373" w:rsidRDefault="00CE4A92">
            <w:pPr>
              <w:spacing w:after="0"/>
            </w:pPr>
            <w:r>
              <w:rPr>
                <w:sz w:val="17"/>
              </w:rPr>
              <w:t>TEAM ANTIBULLISMO</w:t>
            </w:r>
          </w:p>
        </w:tc>
        <w:tc>
          <w:tcPr>
            <w:tcW w:w="5386" w:type="dxa"/>
            <w:shd w:val="clear" w:color="auto" w:fill="FFFFFF"/>
            <w:tcMar>
              <w:top w:w="90" w:type="dxa"/>
              <w:left w:w="110" w:type="dxa"/>
              <w:bottom w:w="90" w:type="dxa"/>
              <w:right w:w="110" w:type="dxa"/>
            </w:tcMar>
            <w:vAlign w:val="center"/>
          </w:tcPr>
          <w:p w14:paraId="27C73BC2" w14:textId="77777777" w:rsidR="00BF4373" w:rsidRDefault="00CE4A92">
            <w:pPr>
              <w:spacing w:after="0"/>
            </w:pPr>
            <w:r>
              <w:rPr>
                <w:sz w:val="17"/>
              </w:rPr>
              <w:t>Bianchi, Fiorito, Proia</w:t>
            </w:r>
          </w:p>
        </w:tc>
      </w:tr>
      <w:tr w:rsidR="00BF4373" w14:paraId="466C377E" w14:textId="77777777">
        <w:trPr>
          <w:jc w:val="center"/>
        </w:trPr>
        <w:tc>
          <w:tcPr>
            <w:tcW w:w="4252" w:type="dxa"/>
            <w:shd w:val="clear" w:color="auto" w:fill="F4F7FA"/>
            <w:tcMar>
              <w:top w:w="90" w:type="dxa"/>
              <w:left w:w="110" w:type="dxa"/>
              <w:bottom w:w="90" w:type="dxa"/>
              <w:right w:w="110" w:type="dxa"/>
            </w:tcMar>
            <w:vAlign w:val="center"/>
          </w:tcPr>
          <w:p w14:paraId="03F7390D" w14:textId="77777777" w:rsidR="00BF4373" w:rsidRDefault="00CE4A92">
            <w:pPr>
              <w:spacing w:after="0"/>
            </w:pPr>
            <w:r>
              <w:rPr>
                <w:sz w:val="17"/>
              </w:rPr>
              <w:t>VALUTAZIONE CORSI DI FORMAZIONE</w:t>
            </w:r>
          </w:p>
        </w:tc>
        <w:tc>
          <w:tcPr>
            <w:tcW w:w="5386" w:type="dxa"/>
            <w:shd w:val="clear" w:color="auto" w:fill="F4F7FA"/>
            <w:tcMar>
              <w:top w:w="90" w:type="dxa"/>
              <w:left w:w="110" w:type="dxa"/>
              <w:bottom w:w="90" w:type="dxa"/>
              <w:right w:w="110" w:type="dxa"/>
            </w:tcMar>
            <w:vAlign w:val="center"/>
          </w:tcPr>
          <w:p w14:paraId="3E546324" w14:textId="77777777" w:rsidR="00BF4373" w:rsidRDefault="00CE4A92">
            <w:pPr>
              <w:spacing w:after="0"/>
            </w:pPr>
            <w:r>
              <w:rPr>
                <w:sz w:val="17"/>
              </w:rPr>
              <w:t>La Marra, Di Mascio, Baccari</w:t>
            </w:r>
          </w:p>
        </w:tc>
      </w:tr>
      <w:tr w:rsidR="00BF4373" w14:paraId="7A5D7572" w14:textId="77777777">
        <w:trPr>
          <w:jc w:val="center"/>
        </w:trPr>
        <w:tc>
          <w:tcPr>
            <w:tcW w:w="4252" w:type="dxa"/>
            <w:shd w:val="clear" w:color="auto" w:fill="FFFFFF"/>
            <w:tcMar>
              <w:top w:w="90" w:type="dxa"/>
              <w:left w:w="110" w:type="dxa"/>
              <w:bottom w:w="90" w:type="dxa"/>
              <w:right w:w="110" w:type="dxa"/>
            </w:tcMar>
            <w:vAlign w:val="center"/>
          </w:tcPr>
          <w:p w14:paraId="4099A754" w14:textId="77777777" w:rsidR="00BF4373" w:rsidRDefault="00CE4A92">
            <w:pPr>
              <w:spacing w:after="0"/>
            </w:pPr>
            <w:r>
              <w:rPr>
                <w:sz w:val="17"/>
              </w:rPr>
              <w:t>ORARIO PRIMARIA</w:t>
            </w:r>
          </w:p>
        </w:tc>
        <w:tc>
          <w:tcPr>
            <w:tcW w:w="5386" w:type="dxa"/>
            <w:shd w:val="clear" w:color="auto" w:fill="FFFFFF"/>
            <w:tcMar>
              <w:top w:w="90" w:type="dxa"/>
              <w:left w:w="110" w:type="dxa"/>
              <w:bottom w:w="90" w:type="dxa"/>
              <w:right w:w="110" w:type="dxa"/>
            </w:tcMar>
            <w:vAlign w:val="center"/>
          </w:tcPr>
          <w:p w14:paraId="61B51116" w14:textId="77777777" w:rsidR="00BF4373" w:rsidRDefault="00CE4A92">
            <w:pPr>
              <w:spacing w:after="0"/>
            </w:pPr>
            <w:r>
              <w:rPr>
                <w:sz w:val="17"/>
              </w:rPr>
              <w:t>Fionda Gabriella, Lanni Angela</w:t>
            </w:r>
          </w:p>
        </w:tc>
      </w:tr>
      <w:tr w:rsidR="00BF4373" w14:paraId="57FDFF83" w14:textId="77777777">
        <w:trPr>
          <w:jc w:val="center"/>
        </w:trPr>
        <w:tc>
          <w:tcPr>
            <w:tcW w:w="4252" w:type="dxa"/>
            <w:shd w:val="clear" w:color="auto" w:fill="F4F7FA"/>
            <w:tcMar>
              <w:top w:w="90" w:type="dxa"/>
              <w:left w:w="110" w:type="dxa"/>
              <w:bottom w:w="90" w:type="dxa"/>
              <w:right w:w="110" w:type="dxa"/>
            </w:tcMar>
            <w:vAlign w:val="center"/>
          </w:tcPr>
          <w:p w14:paraId="6E6F8B4D" w14:textId="77777777" w:rsidR="00BF4373" w:rsidRDefault="00CE4A92">
            <w:pPr>
              <w:spacing w:after="0"/>
            </w:pPr>
            <w:r>
              <w:rPr>
                <w:sz w:val="17"/>
              </w:rPr>
              <w:t>ORARIO SECONDARIA</w:t>
            </w:r>
          </w:p>
        </w:tc>
        <w:tc>
          <w:tcPr>
            <w:tcW w:w="5386" w:type="dxa"/>
            <w:shd w:val="clear" w:color="auto" w:fill="F4F7FA"/>
            <w:tcMar>
              <w:top w:w="90" w:type="dxa"/>
              <w:left w:w="110" w:type="dxa"/>
              <w:bottom w:w="90" w:type="dxa"/>
              <w:right w:w="110" w:type="dxa"/>
            </w:tcMar>
            <w:vAlign w:val="center"/>
          </w:tcPr>
          <w:p w14:paraId="483FF099" w14:textId="77777777" w:rsidR="00BF4373" w:rsidRDefault="00CE4A92">
            <w:pPr>
              <w:spacing w:after="0"/>
            </w:pPr>
            <w:r>
              <w:rPr>
                <w:sz w:val="17"/>
              </w:rPr>
              <w:t>Pergola Daniela, Tamburrini M. Concetta</w:t>
            </w:r>
          </w:p>
        </w:tc>
      </w:tr>
    </w:tbl>
    <w:p w14:paraId="46402DF0" w14:textId="77777777" w:rsidR="00BF4373" w:rsidRDefault="00BF4373">
      <w:pPr>
        <w:spacing w:after="20"/>
      </w:pPr>
    </w:p>
    <w:p w14:paraId="272F38DD" w14:textId="0FBA5E2C" w:rsidR="00BF4373" w:rsidRDefault="00CE4A92">
      <w:pPr>
        <w:pBdr>
          <w:bottom w:val="single" w:sz="18" w:space="4" w:color="2F75B5"/>
        </w:pBdr>
        <w:spacing w:before="200" w:after="120"/>
      </w:pPr>
      <w:r>
        <w:rPr>
          <w:rFonts w:ascii="Aptos Display" w:hAnsi="Aptos Display"/>
          <w:b/>
          <w:color w:val="17365D"/>
          <w:sz w:val="32"/>
        </w:rPr>
        <w:t>INCARICHI E RESPONSABILITÀ</w:t>
      </w:r>
    </w:p>
    <w:tbl>
      <w:tblPr>
        <w:tblStyle w:val="Grigliatabella"/>
        <w:tblW w:w="0" w:type="auto"/>
        <w:jc w:val="center"/>
        <w:tblBorders>
          <w:top w:val="single" w:sz="6" w:space="0" w:color="B8C7D9"/>
          <w:left w:val="single" w:sz="6" w:space="0" w:color="B8C7D9"/>
          <w:bottom w:val="single" w:sz="6" w:space="0" w:color="B8C7D9"/>
          <w:right w:val="single" w:sz="6" w:space="0" w:color="B8C7D9"/>
          <w:insideH w:val="single" w:sz="6" w:space="0" w:color="B8C7D9"/>
          <w:insideV w:val="single" w:sz="6" w:space="0" w:color="B8C7D9"/>
        </w:tblBorders>
        <w:tblLayout w:type="fixed"/>
        <w:tblLook w:val="04A0" w:firstRow="1" w:lastRow="0" w:firstColumn="1" w:lastColumn="0" w:noHBand="0" w:noVBand="1"/>
      </w:tblPr>
      <w:tblGrid>
        <w:gridCol w:w="4535"/>
        <w:gridCol w:w="5102"/>
      </w:tblGrid>
      <w:tr w:rsidR="00BF4373" w14:paraId="77B98DE2" w14:textId="77777777">
        <w:trPr>
          <w:tblHeader/>
          <w:jc w:val="center"/>
        </w:trPr>
        <w:tc>
          <w:tcPr>
            <w:tcW w:w="4535" w:type="dxa"/>
            <w:shd w:val="clear" w:color="auto" w:fill="17365D"/>
            <w:tcMar>
              <w:top w:w="110" w:type="dxa"/>
              <w:left w:w="100" w:type="dxa"/>
              <w:bottom w:w="110" w:type="dxa"/>
              <w:right w:w="100" w:type="dxa"/>
            </w:tcMar>
            <w:vAlign w:val="center"/>
          </w:tcPr>
          <w:p w14:paraId="59A5469B" w14:textId="77777777" w:rsidR="00BF4373" w:rsidRDefault="00CE4A92">
            <w:pPr>
              <w:spacing w:after="0"/>
              <w:jc w:val="center"/>
            </w:pPr>
            <w:r>
              <w:rPr>
                <w:b/>
                <w:color w:val="FFFFFF"/>
                <w:sz w:val="18"/>
              </w:rPr>
              <w:t>INCARICO</w:t>
            </w:r>
          </w:p>
        </w:tc>
        <w:tc>
          <w:tcPr>
            <w:tcW w:w="5102" w:type="dxa"/>
            <w:shd w:val="clear" w:color="auto" w:fill="17365D"/>
            <w:tcMar>
              <w:top w:w="110" w:type="dxa"/>
              <w:left w:w="100" w:type="dxa"/>
              <w:bottom w:w="110" w:type="dxa"/>
              <w:right w:w="100" w:type="dxa"/>
            </w:tcMar>
            <w:vAlign w:val="center"/>
          </w:tcPr>
          <w:p w14:paraId="34929DB9" w14:textId="77777777" w:rsidR="00BF4373" w:rsidRDefault="00CE4A92">
            <w:pPr>
              <w:spacing w:after="0"/>
              <w:jc w:val="center"/>
            </w:pPr>
            <w:r>
              <w:rPr>
                <w:b/>
                <w:color w:val="FFFFFF"/>
                <w:sz w:val="18"/>
              </w:rPr>
              <w:t>RESPONSABILE</w:t>
            </w:r>
          </w:p>
        </w:tc>
      </w:tr>
      <w:tr w:rsidR="00BF4373" w14:paraId="6D465161" w14:textId="77777777">
        <w:trPr>
          <w:jc w:val="center"/>
        </w:trPr>
        <w:tc>
          <w:tcPr>
            <w:tcW w:w="4535" w:type="dxa"/>
            <w:shd w:val="clear" w:color="auto" w:fill="F4F7FA"/>
            <w:tcMar>
              <w:top w:w="90" w:type="dxa"/>
              <w:left w:w="110" w:type="dxa"/>
              <w:bottom w:w="90" w:type="dxa"/>
              <w:right w:w="110" w:type="dxa"/>
            </w:tcMar>
            <w:vAlign w:val="center"/>
          </w:tcPr>
          <w:p w14:paraId="2485027A" w14:textId="77777777" w:rsidR="00BF4373" w:rsidRDefault="00CE4A92">
            <w:pPr>
              <w:spacing w:after="0"/>
            </w:pPr>
            <w:r>
              <w:rPr>
                <w:sz w:val="17"/>
              </w:rPr>
              <w:t>Animatore digitale – gestione sito web – piattaforma Microsoft 365</w:t>
            </w:r>
          </w:p>
        </w:tc>
        <w:tc>
          <w:tcPr>
            <w:tcW w:w="5102" w:type="dxa"/>
            <w:shd w:val="clear" w:color="auto" w:fill="F4F7FA"/>
            <w:tcMar>
              <w:top w:w="90" w:type="dxa"/>
              <w:left w:w="110" w:type="dxa"/>
              <w:bottom w:w="90" w:type="dxa"/>
              <w:right w:w="110" w:type="dxa"/>
            </w:tcMar>
            <w:vAlign w:val="center"/>
          </w:tcPr>
          <w:p w14:paraId="1DBCC10A" w14:textId="77777777" w:rsidR="00BF4373" w:rsidRDefault="00CE4A92">
            <w:pPr>
              <w:spacing w:after="0"/>
            </w:pPr>
            <w:r>
              <w:rPr>
                <w:sz w:val="17"/>
              </w:rPr>
              <w:t>Pannone Emilia</w:t>
            </w:r>
          </w:p>
        </w:tc>
      </w:tr>
      <w:tr w:rsidR="00BF4373" w14:paraId="764ADF76" w14:textId="77777777">
        <w:trPr>
          <w:jc w:val="center"/>
        </w:trPr>
        <w:tc>
          <w:tcPr>
            <w:tcW w:w="4535" w:type="dxa"/>
            <w:shd w:val="clear" w:color="auto" w:fill="FFFFFF"/>
            <w:tcMar>
              <w:top w:w="90" w:type="dxa"/>
              <w:left w:w="110" w:type="dxa"/>
              <w:bottom w:w="90" w:type="dxa"/>
              <w:right w:w="110" w:type="dxa"/>
            </w:tcMar>
            <w:vAlign w:val="center"/>
          </w:tcPr>
          <w:p w14:paraId="3DACF1A5" w14:textId="77777777" w:rsidR="00BF4373" w:rsidRDefault="00CE4A92">
            <w:pPr>
              <w:spacing w:after="0"/>
            </w:pPr>
            <w:r>
              <w:rPr>
                <w:sz w:val="17"/>
              </w:rPr>
              <w:t>Responsabili biblioteche</w:t>
            </w:r>
          </w:p>
        </w:tc>
        <w:tc>
          <w:tcPr>
            <w:tcW w:w="5102" w:type="dxa"/>
            <w:shd w:val="clear" w:color="auto" w:fill="FFFFFF"/>
            <w:tcMar>
              <w:top w:w="90" w:type="dxa"/>
              <w:left w:w="110" w:type="dxa"/>
              <w:bottom w:w="90" w:type="dxa"/>
              <w:right w:w="110" w:type="dxa"/>
            </w:tcMar>
            <w:vAlign w:val="center"/>
          </w:tcPr>
          <w:p w14:paraId="2EBF2713" w14:textId="77777777" w:rsidR="00BF4373" w:rsidRDefault="00CE4A92">
            <w:pPr>
              <w:spacing w:after="0"/>
            </w:pPr>
            <w:r>
              <w:rPr>
                <w:sz w:val="17"/>
              </w:rPr>
              <w:t>Coletta Angioletta (Santilli), D’Onofrio Valeria (Vallerotonda), Di Muccio Angela (F. Arpino), Giannandrea Antonietta (Olivella)</w:t>
            </w:r>
          </w:p>
        </w:tc>
      </w:tr>
    </w:tbl>
    <w:p w14:paraId="316BB0B9" w14:textId="77777777" w:rsidR="00BF4373" w:rsidRDefault="00BF4373">
      <w:pPr>
        <w:spacing w:after="20"/>
      </w:pPr>
    </w:p>
    <w:p w14:paraId="0B67709E" w14:textId="77777777" w:rsidR="00BF4373" w:rsidRDefault="00CE4A92">
      <w:pPr>
        <w:pBdr>
          <w:bottom w:val="single" w:sz="18" w:space="4" w:color="2F75B5"/>
        </w:pBdr>
        <w:spacing w:before="200" w:after="120"/>
      </w:pPr>
      <w:r>
        <w:rPr>
          <w:rFonts w:ascii="Aptos Display" w:hAnsi="Aptos Display"/>
          <w:b/>
          <w:color w:val="17365D"/>
          <w:sz w:val="32"/>
        </w:rPr>
        <w:t>RESPONSABILI LABORATORI</w:t>
      </w:r>
    </w:p>
    <w:tbl>
      <w:tblPr>
        <w:tblStyle w:val="Grigliatabella"/>
        <w:tblW w:w="0" w:type="auto"/>
        <w:jc w:val="center"/>
        <w:tblBorders>
          <w:top w:val="single" w:sz="6" w:space="0" w:color="B8C7D9"/>
          <w:left w:val="single" w:sz="6" w:space="0" w:color="B8C7D9"/>
          <w:bottom w:val="single" w:sz="6" w:space="0" w:color="B8C7D9"/>
          <w:right w:val="single" w:sz="6" w:space="0" w:color="B8C7D9"/>
          <w:insideH w:val="single" w:sz="6" w:space="0" w:color="B8C7D9"/>
          <w:insideV w:val="single" w:sz="6" w:space="0" w:color="B8C7D9"/>
        </w:tblBorders>
        <w:tblLayout w:type="fixed"/>
        <w:tblLook w:val="04A0" w:firstRow="1" w:lastRow="0" w:firstColumn="1" w:lastColumn="0" w:noHBand="0" w:noVBand="1"/>
      </w:tblPr>
      <w:tblGrid>
        <w:gridCol w:w="3402"/>
        <w:gridCol w:w="6236"/>
      </w:tblGrid>
      <w:tr w:rsidR="00BF4373" w14:paraId="552318F4" w14:textId="77777777">
        <w:trPr>
          <w:tblHeader/>
          <w:jc w:val="center"/>
        </w:trPr>
        <w:tc>
          <w:tcPr>
            <w:tcW w:w="3402" w:type="dxa"/>
            <w:shd w:val="clear" w:color="auto" w:fill="17365D"/>
            <w:tcMar>
              <w:top w:w="110" w:type="dxa"/>
              <w:left w:w="100" w:type="dxa"/>
              <w:bottom w:w="110" w:type="dxa"/>
              <w:right w:w="100" w:type="dxa"/>
            </w:tcMar>
            <w:vAlign w:val="center"/>
          </w:tcPr>
          <w:p w14:paraId="1A5814D9" w14:textId="77777777" w:rsidR="00BF4373" w:rsidRDefault="00CE4A92">
            <w:pPr>
              <w:spacing w:after="0"/>
              <w:jc w:val="center"/>
            </w:pPr>
            <w:r>
              <w:rPr>
                <w:b/>
                <w:color w:val="FFFFFF"/>
                <w:sz w:val="18"/>
              </w:rPr>
              <w:t>LABORATORIO</w:t>
            </w:r>
          </w:p>
        </w:tc>
        <w:tc>
          <w:tcPr>
            <w:tcW w:w="6236" w:type="dxa"/>
            <w:shd w:val="clear" w:color="auto" w:fill="17365D"/>
            <w:tcMar>
              <w:top w:w="110" w:type="dxa"/>
              <w:left w:w="100" w:type="dxa"/>
              <w:bottom w:w="110" w:type="dxa"/>
              <w:right w:w="100" w:type="dxa"/>
            </w:tcMar>
            <w:vAlign w:val="center"/>
          </w:tcPr>
          <w:p w14:paraId="40248C31" w14:textId="77777777" w:rsidR="00BF4373" w:rsidRDefault="00CE4A92">
            <w:pPr>
              <w:spacing w:after="0"/>
              <w:jc w:val="center"/>
            </w:pPr>
            <w:r>
              <w:rPr>
                <w:b/>
                <w:color w:val="FFFFFF"/>
                <w:sz w:val="18"/>
              </w:rPr>
              <w:t>RESPONSABILE/I</w:t>
            </w:r>
          </w:p>
        </w:tc>
      </w:tr>
      <w:tr w:rsidR="00BF4373" w14:paraId="42B3EE6C" w14:textId="77777777">
        <w:trPr>
          <w:jc w:val="center"/>
        </w:trPr>
        <w:tc>
          <w:tcPr>
            <w:tcW w:w="3402" w:type="dxa"/>
            <w:shd w:val="clear" w:color="auto" w:fill="F4F7FA"/>
            <w:tcMar>
              <w:top w:w="90" w:type="dxa"/>
              <w:left w:w="110" w:type="dxa"/>
              <w:bottom w:w="90" w:type="dxa"/>
              <w:right w:w="110" w:type="dxa"/>
            </w:tcMar>
            <w:vAlign w:val="center"/>
          </w:tcPr>
          <w:p w14:paraId="3E812AB9" w14:textId="77777777" w:rsidR="00BF4373" w:rsidRDefault="00CE4A92">
            <w:pPr>
              <w:spacing w:after="0"/>
            </w:pPr>
            <w:r>
              <w:rPr>
                <w:sz w:val="17"/>
              </w:rPr>
              <w:t>Informatica</w:t>
            </w:r>
          </w:p>
        </w:tc>
        <w:tc>
          <w:tcPr>
            <w:tcW w:w="6236" w:type="dxa"/>
            <w:shd w:val="clear" w:color="auto" w:fill="F4F7FA"/>
            <w:tcMar>
              <w:top w:w="90" w:type="dxa"/>
              <w:left w:w="110" w:type="dxa"/>
              <w:bottom w:w="90" w:type="dxa"/>
              <w:right w:w="110" w:type="dxa"/>
            </w:tcMar>
            <w:vAlign w:val="center"/>
          </w:tcPr>
          <w:p w14:paraId="7C50CC20" w14:textId="77777777" w:rsidR="00BF4373" w:rsidRDefault="00CE4A92">
            <w:pPr>
              <w:spacing w:after="0"/>
            </w:pPr>
            <w:r>
              <w:rPr>
                <w:sz w:val="17"/>
              </w:rPr>
              <w:t>Bianchi Elio (Vallerotonda), Marandola Diego (Santilli), Apruzzese Rossella (F. Arpino)</w:t>
            </w:r>
          </w:p>
        </w:tc>
      </w:tr>
      <w:tr w:rsidR="00BF4373" w14:paraId="450C5E7A" w14:textId="77777777">
        <w:trPr>
          <w:jc w:val="center"/>
        </w:trPr>
        <w:tc>
          <w:tcPr>
            <w:tcW w:w="3402" w:type="dxa"/>
            <w:shd w:val="clear" w:color="auto" w:fill="FFFFFF"/>
            <w:tcMar>
              <w:top w:w="90" w:type="dxa"/>
              <w:left w:w="110" w:type="dxa"/>
              <w:bottom w:w="90" w:type="dxa"/>
              <w:right w:w="110" w:type="dxa"/>
            </w:tcMar>
            <w:vAlign w:val="center"/>
          </w:tcPr>
          <w:p w14:paraId="0BCE7663" w14:textId="77777777" w:rsidR="00BF4373" w:rsidRDefault="00CE4A92">
            <w:pPr>
              <w:spacing w:after="0"/>
            </w:pPr>
            <w:r>
              <w:rPr>
                <w:sz w:val="17"/>
              </w:rPr>
              <w:t>Musica</w:t>
            </w:r>
          </w:p>
        </w:tc>
        <w:tc>
          <w:tcPr>
            <w:tcW w:w="6236" w:type="dxa"/>
            <w:shd w:val="clear" w:color="auto" w:fill="FFFFFF"/>
            <w:tcMar>
              <w:top w:w="90" w:type="dxa"/>
              <w:left w:w="110" w:type="dxa"/>
              <w:bottom w:w="90" w:type="dxa"/>
              <w:right w:w="110" w:type="dxa"/>
            </w:tcMar>
            <w:vAlign w:val="center"/>
          </w:tcPr>
          <w:p w14:paraId="0AA05C94" w14:textId="77777777" w:rsidR="00BF4373" w:rsidRDefault="00CE4A92">
            <w:pPr>
              <w:spacing w:after="0"/>
            </w:pPr>
            <w:r>
              <w:rPr>
                <w:sz w:val="17"/>
              </w:rPr>
              <w:t>Fionda Marina</w:t>
            </w:r>
          </w:p>
        </w:tc>
      </w:tr>
      <w:tr w:rsidR="00BF4373" w14:paraId="546D3C72" w14:textId="77777777">
        <w:trPr>
          <w:jc w:val="center"/>
        </w:trPr>
        <w:tc>
          <w:tcPr>
            <w:tcW w:w="3402" w:type="dxa"/>
            <w:shd w:val="clear" w:color="auto" w:fill="F4F7FA"/>
            <w:tcMar>
              <w:top w:w="90" w:type="dxa"/>
              <w:left w:w="110" w:type="dxa"/>
              <w:bottom w:w="90" w:type="dxa"/>
              <w:right w:w="110" w:type="dxa"/>
            </w:tcMar>
            <w:vAlign w:val="center"/>
          </w:tcPr>
          <w:p w14:paraId="06913774" w14:textId="77777777" w:rsidR="00BF4373" w:rsidRDefault="00CE4A92">
            <w:pPr>
              <w:spacing w:after="0"/>
            </w:pPr>
            <w:r>
              <w:rPr>
                <w:sz w:val="17"/>
              </w:rPr>
              <w:t>Scienze</w:t>
            </w:r>
          </w:p>
        </w:tc>
        <w:tc>
          <w:tcPr>
            <w:tcW w:w="6236" w:type="dxa"/>
            <w:shd w:val="clear" w:color="auto" w:fill="F4F7FA"/>
            <w:tcMar>
              <w:top w:w="90" w:type="dxa"/>
              <w:left w:w="110" w:type="dxa"/>
              <w:bottom w:w="90" w:type="dxa"/>
              <w:right w:w="110" w:type="dxa"/>
            </w:tcMar>
            <w:vAlign w:val="center"/>
          </w:tcPr>
          <w:p w14:paraId="0C091B69" w14:textId="77777777" w:rsidR="00BF4373" w:rsidRDefault="00CE4A92">
            <w:pPr>
              <w:spacing w:after="0"/>
            </w:pPr>
            <w:r>
              <w:rPr>
                <w:sz w:val="17"/>
              </w:rPr>
              <w:t>Bianchi Elio</w:t>
            </w:r>
          </w:p>
        </w:tc>
      </w:tr>
      <w:tr w:rsidR="00BF4373" w14:paraId="06A396D4" w14:textId="77777777">
        <w:trPr>
          <w:jc w:val="center"/>
        </w:trPr>
        <w:tc>
          <w:tcPr>
            <w:tcW w:w="3402" w:type="dxa"/>
            <w:shd w:val="clear" w:color="auto" w:fill="FFFFFF"/>
            <w:tcMar>
              <w:top w:w="90" w:type="dxa"/>
              <w:left w:w="110" w:type="dxa"/>
              <w:bottom w:w="90" w:type="dxa"/>
              <w:right w:w="110" w:type="dxa"/>
            </w:tcMar>
            <w:vAlign w:val="center"/>
          </w:tcPr>
          <w:p w14:paraId="7DB4CF2E" w14:textId="77777777" w:rsidR="00BF4373" w:rsidRDefault="00CE4A92">
            <w:pPr>
              <w:spacing w:after="0"/>
            </w:pPr>
            <w:r>
              <w:rPr>
                <w:sz w:val="17"/>
              </w:rPr>
              <w:t>Ceramica</w:t>
            </w:r>
          </w:p>
        </w:tc>
        <w:tc>
          <w:tcPr>
            <w:tcW w:w="6236" w:type="dxa"/>
            <w:shd w:val="clear" w:color="auto" w:fill="FFFFFF"/>
            <w:tcMar>
              <w:top w:w="90" w:type="dxa"/>
              <w:left w:w="110" w:type="dxa"/>
              <w:bottom w:w="90" w:type="dxa"/>
              <w:right w:w="110" w:type="dxa"/>
            </w:tcMar>
            <w:vAlign w:val="center"/>
          </w:tcPr>
          <w:p w14:paraId="1C7D1BE3" w14:textId="77777777" w:rsidR="00BF4373" w:rsidRDefault="00CE4A92">
            <w:pPr>
              <w:spacing w:after="0"/>
            </w:pPr>
            <w:r>
              <w:rPr>
                <w:sz w:val="17"/>
              </w:rPr>
              <w:t>Caira Rita</w:t>
            </w:r>
          </w:p>
        </w:tc>
      </w:tr>
    </w:tbl>
    <w:p w14:paraId="4CDE01CE" w14:textId="77777777" w:rsidR="00BF4373" w:rsidRDefault="00BF4373">
      <w:pPr>
        <w:spacing w:after="20"/>
      </w:pPr>
    </w:p>
    <w:p w14:paraId="7BF81DEA" w14:textId="77777777" w:rsidR="00BF4373" w:rsidRDefault="00CE4A92">
      <w:pPr>
        <w:pBdr>
          <w:bottom w:val="single" w:sz="18" w:space="4" w:color="2F75B5"/>
        </w:pBdr>
        <w:spacing w:before="200" w:after="120"/>
      </w:pPr>
      <w:r>
        <w:rPr>
          <w:rFonts w:ascii="Aptos Display" w:hAnsi="Aptos Display"/>
          <w:b/>
          <w:color w:val="17365D"/>
          <w:sz w:val="32"/>
        </w:rPr>
        <w:t>REFERENTI</w:t>
      </w:r>
    </w:p>
    <w:tbl>
      <w:tblPr>
        <w:tblStyle w:val="Grigliatabella"/>
        <w:tblW w:w="0" w:type="auto"/>
        <w:jc w:val="center"/>
        <w:tblBorders>
          <w:top w:val="single" w:sz="6" w:space="0" w:color="B8C7D9"/>
          <w:left w:val="single" w:sz="6" w:space="0" w:color="B8C7D9"/>
          <w:bottom w:val="single" w:sz="6" w:space="0" w:color="B8C7D9"/>
          <w:right w:val="single" w:sz="6" w:space="0" w:color="B8C7D9"/>
          <w:insideH w:val="single" w:sz="6" w:space="0" w:color="B8C7D9"/>
          <w:insideV w:val="single" w:sz="6" w:space="0" w:color="B8C7D9"/>
        </w:tblBorders>
        <w:tblLayout w:type="fixed"/>
        <w:tblLook w:val="04A0" w:firstRow="1" w:lastRow="0" w:firstColumn="1" w:lastColumn="0" w:noHBand="0" w:noVBand="1"/>
      </w:tblPr>
      <w:tblGrid>
        <w:gridCol w:w="3402"/>
        <w:gridCol w:w="6236"/>
      </w:tblGrid>
      <w:tr w:rsidR="00BF4373" w14:paraId="7756465B" w14:textId="77777777">
        <w:trPr>
          <w:tblHeader/>
          <w:jc w:val="center"/>
        </w:trPr>
        <w:tc>
          <w:tcPr>
            <w:tcW w:w="3402" w:type="dxa"/>
            <w:shd w:val="clear" w:color="auto" w:fill="17365D"/>
            <w:tcMar>
              <w:top w:w="110" w:type="dxa"/>
              <w:left w:w="100" w:type="dxa"/>
              <w:bottom w:w="110" w:type="dxa"/>
              <w:right w:w="100" w:type="dxa"/>
            </w:tcMar>
            <w:vAlign w:val="center"/>
          </w:tcPr>
          <w:p w14:paraId="78A0914A" w14:textId="77777777" w:rsidR="00BF4373" w:rsidRDefault="00CE4A92">
            <w:pPr>
              <w:spacing w:after="0"/>
              <w:jc w:val="center"/>
            </w:pPr>
            <w:r>
              <w:rPr>
                <w:b/>
                <w:color w:val="FFFFFF"/>
                <w:sz w:val="18"/>
              </w:rPr>
              <w:t>AMBITO</w:t>
            </w:r>
          </w:p>
        </w:tc>
        <w:tc>
          <w:tcPr>
            <w:tcW w:w="6236" w:type="dxa"/>
            <w:shd w:val="clear" w:color="auto" w:fill="17365D"/>
            <w:tcMar>
              <w:top w:w="110" w:type="dxa"/>
              <w:left w:w="100" w:type="dxa"/>
              <w:bottom w:w="110" w:type="dxa"/>
              <w:right w:w="100" w:type="dxa"/>
            </w:tcMar>
            <w:vAlign w:val="center"/>
          </w:tcPr>
          <w:p w14:paraId="42F2CAAE" w14:textId="77777777" w:rsidR="00BF4373" w:rsidRDefault="00CE4A92">
            <w:pPr>
              <w:spacing w:after="0"/>
              <w:jc w:val="center"/>
            </w:pPr>
            <w:r>
              <w:rPr>
                <w:b/>
                <w:color w:val="FFFFFF"/>
                <w:sz w:val="18"/>
              </w:rPr>
              <w:t>REFERENTE/I</w:t>
            </w:r>
          </w:p>
        </w:tc>
      </w:tr>
      <w:tr w:rsidR="00BF4373" w14:paraId="5DC75713" w14:textId="77777777">
        <w:trPr>
          <w:jc w:val="center"/>
        </w:trPr>
        <w:tc>
          <w:tcPr>
            <w:tcW w:w="3402" w:type="dxa"/>
            <w:shd w:val="clear" w:color="auto" w:fill="F4F7FA"/>
            <w:tcMar>
              <w:top w:w="90" w:type="dxa"/>
              <w:left w:w="110" w:type="dxa"/>
              <w:bottom w:w="90" w:type="dxa"/>
              <w:right w:w="110" w:type="dxa"/>
            </w:tcMar>
            <w:vAlign w:val="center"/>
          </w:tcPr>
          <w:p w14:paraId="43D60665" w14:textId="77777777" w:rsidR="00BF4373" w:rsidRDefault="00CE4A92">
            <w:pPr>
              <w:spacing w:after="0"/>
            </w:pPr>
            <w:r>
              <w:rPr>
                <w:sz w:val="17"/>
              </w:rPr>
              <w:t>INVALSI SSIG</w:t>
            </w:r>
          </w:p>
        </w:tc>
        <w:tc>
          <w:tcPr>
            <w:tcW w:w="6236" w:type="dxa"/>
            <w:shd w:val="clear" w:color="auto" w:fill="F4F7FA"/>
            <w:tcMar>
              <w:top w:w="90" w:type="dxa"/>
              <w:left w:w="110" w:type="dxa"/>
              <w:bottom w:w="90" w:type="dxa"/>
              <w:right w:w="110" w:type="dxa"/>
            </w:tcMar>
            <w:vAlign w:val="center"/>
          </w:tcPr>
          <w:p w14:paraId="04C03BEB" w14:textId="77777777" w:rsidR="00BF4373" w:rsidRDefault="00CE4A92">
            <w:pPr>
              <w:spacing w:after="0"/>
            </w:pPr>
            <w:r>
              <w:rPr>
                <w:sz w:val="17"/>
              </w:rPr>
              <w:t>PERGOLA DANIELA</w:t>
            </w:r>
          </w:p>
        </w:tc>
      </w:tr>
      <w:tr w:rsidR="00BF4373" w14:paraId="2916ED56" w14:textId="77777777">
        <w:trPr>
          <w:jc w:val="center"/>
        </w:trPr>
        <w:tc>
          <w:tcPr>
            <w:tcW w:w="3402" w:type="dxa"/>
            <w:shd w:val="clear" w:color="auto" w:fill="FFFFFF"/>
            <w:tcMar>
              <w:top w:w="90" w:type="dxa"/>
              <w:left w:w="110" w:type="dxa"/>
              <w:bottom w:w="90" w:type="dxa"/>
              <w:right w:w="110" w:type="dxa"/>
            </w:tcMar>
            <w:vAlign w:val="center"/>
          </w:tcPr>
          <w:p w14:paraId="4364504A" w14:textId="77777777" w:rsidR="00BF4373" w:rsidRDefault="00CE4A92">
            <w:pPr>
              <w:spacing w:after="0"/>
            </w:pPr>
            <w:r>
              <w:rPr>
                <w:sz w:val="17"/>
              </w:rPr>
              <w:t>INVALSI PRIMARIA</w:t>
            </w:r>
          </w:p>
        </w:tc>
        <w:tc>
          <w:tcPr>
            <w:tcW w:w="6236" w:type="dxa"/>
            <w:shd w:val="clear" w:color="auto" w:fill="FFFFFF"/>
            <w:tcMar>
              <w:top w:w="90" w:type="dxa"/>
              <w:left w:w="110" w:type="dxa"/>
              <w:bottom w:w="90" w:type="dxa"/>
              <w:right w:w="110" w:type="dxa"/>
            </w:tcMar>
            <w:vAlign w:val="center"/>
          </w:tcPr>
          <w:p w14:paraId="7A68FF4C" w14:textId="77777777" w:rsidR="00BF4373" w:rsidRDefault="00CE4A92">
            <w:pPr>
              <w:spacing w:after="0"/>
            </w:pPr>
            <w:r>
              <w:rPr>
                <w:sz w:val="17"/>
              </w:rPr>
              <w:t>DI MUCCIO ANGELA</w:t>
            </w:r>
          </w:p>
        </w:tc>
      </w:tr>
      <w:tr w:rsidR="00BF4373" w14:paraId="0B4EC2C4" w14:textId="77777777">
        <w:trPr>
          <w:jc w:val="center"/>
        </w:trPr>
        <w:tc>
          <w:tcPr>
            <w:tcW w:w="3402" w:type="dxa"/>
            <w:shd w:val="clear" w:color="auto" w:fill="F4F7FA"/>
            <w:tcMar>
              <w:top w:w="90" w:type="dxa"/>
              <w:left w:w="110" w:type="dxa"/>
              <w:bottom w:w="90" w:type="dxa"/>
              <w:right w:w="110" w:type="dxa"/>
            </w:tcMar>
            <w:vAlign w:val="center"/>
          </w:tcPr>
          <w:p w14:paraId="6F9BD747" w14:textId="77777777" w:rsidR="00BF4373" w:rsidRDefault="00CE4A92">
            <w:pPr>
              <w:spacing w:after="0"/>
            </w:pPr>
            <w:r>
              <w:rPr>
                <w:sz w:val="17"/>
              </w:rPr>
              <w:t>ED. CIVICA</w:t>
            </w:r>
          </w:p>
        </w:tc>
        <w:tc>
          <w:tcPr>
            <w:tcW w:w="6236" w:type="dxa"/>
            <w:shd w:val="clear" w:color="auto" w:fill="F4F7FA"/>
            <w:tcMar>
              <w:top w:w="90" w:type="dxa"/>
              <w:left w:w="110" w:type="dxa"/>
              <w:bottom w:w="90" w:type="dxa"/>
              <w:right w:w="110" w:type="dxa"/>
            </w:tcMar>
            <w:vAlign w:val="center"/>
          </w:tcPr>
          <w:p w14:paraId="489EB33B" w14:textId="77777777" w:rsidR="00BF4373" w:rsidRDefault="00CE4A92">
            <w:pPr>
              <w:spacing w:after="0"/>
            </w:pPr>
            <w:r>
              <w:rPr>
                <w:sz w:val="17"/>
              </w:rPr>
              <w:t>TALITRO VALERIA</w:t>
            </w:r>
          </w:p>
        </w:tc>
      </w:tr>
      <w:tr w:rsidR="00BF4373" w14:paraId="061B615C" w14:textId="77777777">
        <w:trPr>
          <w:jc w:val="center"/>
        </w:trPr>
        <w:tc>
          <w:tcPr>
            <w:tcW w:w="3402" w:type="dxa"/>
            <w:shd w:val="clear" w:color="auto" w:fill="FFFFFF"/>
            <w:tcMar>
              <w:top w:w="90" w:type="dxa"/>
              <w:left w:w="110" w:type="dxa"/>
              <w:bottom w:w="90" w:type="dxa"/>
              <w:right w:w="110" w:type="dxa"/>
            </w:tcMar>
            <w:vAlign w:val="center"/>
          </w:tcPr>
          <w:p w14:paraId="679294FE" w14:textId="77777777" w:rsidR="00BF4373" w:rsidRDefault="00CE4A92">
            <w:pPr>
              <w:spacing w:after="0"/>
            </w:pPr>
            <w:r>
              <w:rPr>
                <w:sz w:val="17"/>
              </w:rPr>
              <w:t>BES-DSA</w:t>
            </w:r>
          </w:p>
        </w:tc>
        <w:tc>
          <w:tcPr>
            <w:tcW w:w="6236" w:type="dxa"/>
            <w:shd w:val="clear" w:color="auto" w:fill="FFFFFF"/>
            <w:tcMar>
              <w:top w:w="90" w:type="dxa"/>
              <w:left w:w="110" w:type="dxa"/>
              <w:bottom w:w="90" w:type="dxa"/>
              <w:right w:w="110" w:type="dxa"/>
            </w:tcMar>
            <w:vAlign w:val="center"/>
          </w:tcPr>
          <w:p w14:paraId="7D6AD286" w14:textId="77777777" w:rsidR="00BF4373" w:rsidRDefault="00CE4A92">
            <w:pPr>
              <w:spacing w:after="0"/>
            </w:pPr>
            <w:r>
              <w:rPr>
                <w:sz w:val="17"/>
              </w:rPr>
              <w:t>Rossi Caterina e Apruzzese Rossella</w:t>
            </w:r>
          </w:p>
        </w:tc>
      </w:tr>
      <w:tr w:rsidR="00BF4373" w14:paraId="0FF2FCB5" w14:textId="77777777">
        <w:trPr>
          <w:jc w:val="center"/>
        </w:trPr>
        <w:tc>
          <w:tcPr>
            <w:tcW w:w="3402" w:type="dxa"/>
            <w:shd w:val="clear" w:color="auto" w:fill="F4F7FA"/>
            <w:tcMar>
              <w:top w:w="90" w:type="dxa"/>
              <w:left w:w="110" w:type="dxa"/>
              <w:bottom w:w="90" w:type="dxa"/>
              <w:right w:w="110" w:type="dxa"/>
            </w:tcMar>
            <w:vAlign w:val="center"/>
          </w:tcPr>
          <w:p w14:paraId="6372B181" w14:textId="77777777" w:rsidR="00BF4373" w:rsidRDefault="00CE4A92">
            <w:pPr>
              <w:spacing w:after="0"/>
            </w:pPr>
            <w:r>
              <w:rPr>
                <w:sz w:val="17"/>
              </w:rPr>
              <w:t>LEGALITÀ E BULLISMO</w:t>
            </w:r>
          </w:p>
        </w:tc>
        <w:tc>
          <w:tcPr>
            <w:tcW w:w="6236" w:type="dxa"/>
            <w:shd w:val="clear" w:color="auto" w:fill="F4F7FA"/>
            <w:tcMar>
              <w:top w:w="90" w:type="dxa"/>
              <w:left w:w="110" w:type="dxa"/>
              <w:bottom w:w="90" w:type="dxa"/>
              <w:right w:w="110" w:type="dxa"/>
            </w:tcMar>
            <w:vAlign w:val="center"/>
          </w:tcPr>
          <w:p w14:paraId="42108CB6" w14:textId="77777777" w:rsidR="00BF4373" w:rsidRDefault="00CE4A92">
            <w:pPr>
              <w:spacing w:after="0"/>
            </w:pPr>
            <w:r>
              <w:rPr>
                <w:sz w:val="17"/>
              </w:rPr>
              <w:t>Fiorito Graziella</w:t>
            </w:r>
          </w:p>
        </w:tc>
      </w:tr>
    </w:tbl>
    <w:p w14:paraId="77D57661" w14:textId="77777777" w:rsidR="00BF4373" w:rsidRDefault="00BF4373">
      <w:pPr>
        <w:spacing w:after="20"/>
      </w:pPr>
    </w:p>
    <w:p w14:paraId="542DDACD" w14:textId="77777777" w:rsidR="00F57233" w:rsidRDefault="00F57233">
      <w:pPr>
        <w:pBdr>
          <w:bottom w:val="single" w:sz="18" w:space="4" w:color="2F75B5"/>
        </w:pBdr>
        <w:spacing w:before="200" w:after="120"/>
        <w:rPr>
          <w:rFonts w:ascii="Aptos Display" w:hAnsi="Aptos Display"/>
          <w:b/>
          <w:color w:val="17365D"/>
          <w:sz w:val="32"/>
        </w:rPr>
      </w:pPr>
    </w:p>
    <w:p w14:paraId="0B346F99" w14:textId="77777777" w:rsidR="00F57233" w:rsidRDefault="00F57233">
      <w:pPr>
        <w:pBdr>
          <w:bottom w:val="single" w:sz="18" w:space="4" w:color="2F75B5"/>
        </w:pBdr>
        <w:spacing w:before="200" w:after="120"/>
        <w:rPr>
          <w:rFonts w:ascii="Aptos Display" w:hAnsi="Aptos Display"/>
          <w:b/>
          <w:color w:val="17365D"/>
          <w:sz w:val="32"/>
        </w:rPr>
      </w:pPr>
    </w:p>
    <w:p w14:paraId="532B6425" w14:textId="7E2FCF66" w:rsidR="00BF4373" w:rsidRDefault="00CE4A92">
      <w:pPr>
        <w:pBdr>
          <w:bottom w:val="single" w:sz="18" w:space="4" w:color="2F75B5"/>
        </w:pBdr>
        <w:spacing w:before="200" w:after="120"/>
      </w:pPr>
      <w:r>
        <w:rPr>
          <w:rFonts w:ascii="Aptos Display" w:hAnsi="Aptos Display"/>
          <w:b/>
          <w:color w:val="17365D"/>
          <w:sz w:val="32"/>
        </w:rPr>
        <w:t>TUTOR TFA SOSTEGNO</w:t>
      </w:r>
    </w:p>
    <w:tbl>
      <w:tblPr>
        <w:tblStyle w:val="Grigliatabella"/>
        <w:tblW w:w="0" w:type="auto"/>
        <w:jc w:val="center"/>
        <w:tblBorders>
          <w:top w:val="single" w:sz="6" w:space="0" w:color="B8C7D9"/>
          <w:left w:val="single" w:sz="6" w:space="0" w:color="B8C7D9"/>
          <w:bottom w:val="single" w:sz="6" w:space="0" w:color="B8C7D9"/>
          <w:right w:val="single" w:sz="6" w:space="0" w:color="B8C7D9"/>
          <w:insideH w:val="single" w:sz="6" w:space="0" w:color="B8C7D9"/>
          <w:insideV w:val="single" w:sz="6" w:space="0" w:color="B8C7D9"/>
        </w:tblBorders>
        <w:tblLayout w:type="fixed"/>
        <w:tblLook w:val="04A0" w:firstRow="1" w:lastRow="0" w:firstColumn="1" w:lastColumn="0" w:noHBand="0" w:noVBand="1"/>
      </w:tblPr>
      <w:tblGrid>
        <w:gridCol w:w="2835"/>
        <w:gridCol w:w="6803"/>
      </w:tblGrid>
      <w:tr w:rsidR="00BF4373" w14:paraId="4A2229C7" w14:textId="77777777">
        <w:trPr>
          <w:tblHeader/>
          <w:jc w:val="center"/>
        </w:trPr>
        <w:tc>
          <w:tcPr>
            <w:tcW w:w="2835" w:type="dxa"/>
            <w:shd w:val="clear" w:color="auto" w:fill="17365D"/>
            <w:tcMar>
              <w:top w:w="110" w:type="dxa"/>
              <w:left w:w="100" w:type="dxa"/>
              <w:bottom w:w="110" w:type="dxa"/>
              <w:right w:w="100" w:type="dxa"/>
            </w:tcMar>
            <w:vAlign w:val="center"/>
          </w:tcPr>
          <w:p w14:paraId="42ADB17D" w14:textId="77777777" w:rsidR="00BF4373" w:rsidRDefault="00CE4A92">
            <w:pPr>
              <w:spacing w:after="0"/>
              <w:jc w:val="center"/>
            </w:pPr>
            <w:r>
              <w:rPr>
                <w:b/>
                <w:color w:val="FFFFFF"/>
                <w:sz w:val="18"/>
              </w:rPr>
              <w:t>ORDINE</w:t>
            </w:r>
          </w:p>
        </w:tc>
        <w:tc>
          <w:tcPr>
            <w:tcW w:w="6803" w:type="dxa"/>
            <w:shd w:val="clear" w:color="auto" w:fill="17365D"/>
            <w:tcMar>
              <w:top w:w="110" w:type="dxa"/>
              <w:left w:w="100" w:type="dxa"/>
              <w:bottom w:w="110" w:type="dxa"/>
              <w:right w:w="100" w:type="dxa"/>
            </w:tcMar>
            <w:vAlign w:val="center"/>
          </w:tcPr>
          <w:p w14:paraId="1C7EDE48" w14:textId="77777777" w:rsidR="00BF4373" w:rsidRDefault="00CE4A92">
            <w:pPr>
              <w:spacing w:after="0"/>
              <w:jc w:val="center"/>
            </w:pPr>
            <w:r>
              <w:rPr>
                <w:b/>
                <w:color w:val="FFFFFF"/>
                <w:sz w:val="18"/>
              </w:rPr>
              <w:t>TUTOR</w:t>
            </w:r>
          </w:p>
        </w:tc>
      </w:tr>
      <w:tr w:rsidR="00BF4373" w14:paraId="79A62E63" w14:textId="77777777">
        <w:trPr>
          <w:jc w:val="center"/>
        </w:trPr>
        <w:tc>
          <w:tcPr>
            <w:tcW w:w="2835" w:type="dxa"/>
            <w:shd w:val="clear" w:color="auto" w:fill="F4F7FA"/>
            <w:tcMar>
              <w:top w:w="90" w:type="dxa"/>
              <w:left w:w="110" w:type="dxa"/>
              <w:bottom w:w="90" w:type="dxa"/>
              <w:right w:w="110" w:type="dxa"/>
            </w:tcMar>
            <w:vAlign w:val="center"/>
          </w:tcPr>
          <w:p w14:paraId="1BA984EC" w14:textId="77777777" w:rsidR="00BF4373" w:rsidRDefault="00CE4A92">
            <w:pPr>
              <w:spacing w:after="0"/>
            </w:pPr>
            <w:r>
              <w:rPr>
                <w:sz w:val="17"/>
              </w:rPr>
              <w:t>INFANZIA</w:t>
            </w:r>
          </w:p>
        </w:tc>
        <w:tc>
          <w:tcPr>
            <w:tcW w:w="6803" w:type="dxa"/>
            <w:shd w:val="clear" w:color="auto" w:fill="F4F7FA"/>
            <w:tcMar>
              <w:top w:w="90" w:type="dxa"/>
              <w:left w:w="110" w:type="dxa"/>
              <w:bottom w:w="90" w:type="dxa"/>
              <w:right w:w="110" w:type="dxa"/>
            </w:tcMar>
            <w:vAlign w:val="center"/>
          </w:tcPr>
          <w:p w14:paraId="515D0C1A" w14:textId="77777777" w:rsidR="00BF4373" w:rsidRDefault="00CE4A92">
            <w:pPr>
              <w:spacing w:after="0"/>
            </w:pPr>
            <w:r>
              <w:rPr>
                <w:sz w:val="17"/>
              </w:rPr>
              <w:t>Zonfrilli Diana, Lanni Maria Rosaria</w:t>
            </w:r>
          </w:p>
        </w:tc>
      </w:tr>
      <w:tr w:rsidR="00BF4373" w14:paraId="2DEE8FAE" w14:textId="77777777">
        <w:trPr>
          <w:jc w:val="center"/>
        </w:trPr>
        <w:tc>
          <w:tcPr>
            <w:tcW w:w="2835" w:type="dxa"/>
            <w:shd w:val="clear" w:color="auto" w:fill="FFFFFF"/>
            <w:tcMar>
              <w:top w:w="90" w:type="dxa"/>
              <w:left w:w="110" w:type="dxa"/>
              <w:bottom w:w="90" w:type="dxa"/>
              <w:right w:w="110" w:type="dxa"/>
            </w:tcMar>
            <w:vAlign w:val="center"/>
          </w:tcPr>
          <w:p w14:paraId="774E9036" w14:textId="77777777" w:rsidR="00BF4373" w:rsidRDefault="00CE4A92">
            <w:pPr>
              <w:spacing w:after="0"/>
            </w:pPr>
            <w:r>
              <w:rPr>
                <w:sz w:val="17"/>
              </w:rPr>
              <w:t>PRIMARIA</w:t>
            </w:r>
          </w:p>
        </w:tc>
        <w:tc>
          <w:tcPr>
            <w:tcW w:w="6803" w:type="dxa"/>
            <w:shd w:val="clear" w:color="auto" w:fill="FFFFFF"/>
            <w:tcMar>
              <w:top w:w="90" w:type="dxa"/>
              <w:left w:w="110" w:type="dxa"/>
              <w:bottom w:w="90" w:type="dxa"/>
              <w:right w:w="110" w:type="dxa"/>
            </w:tcMar>
            <w:vAlign w:val="center"/>
          </w:tcPr>
          <w:p w14:paraId="1BFF5863" w14:textId="77777777" w:rsidR="00BF4373" w:rsidRDefault="00CE4A92">
            <w:pPr>
              <w:spacing w:after="0"/>
            </w:pPr>
            <w:r>
              <w:rPr>
                <w:sz w:val="17"/>
              </w:rPr>
              <w:t>Di Cicco Maria Rita, Tamilia Maria</w:t>
            </w:r>
          </w:p>
        </w:tc>
      </w:tr>
      <w:tr w:rsidR="00BF4373" w14:paraId="7FBC9154" w14:textId="77777777">
        <w:trPr>
          <w:jc w:val="center"/>
        </w:trPr>
        <w:tc>
          <w:tcPr>
            <w:tcW w:w="2835" w:type="dxa"/>
            <w:shd w:val="clear" w:color="auto" w:fill="F4F7FA"/>
            <w:tcMar>
              <w:top w:w="90" w:type="dxa"/>
              <w:left w:w="110" w:type="dxa"/>
              <w:bottom w:w="90" w:type="dxa"/>
              <w:right w:w="110" w:type="dxa"/>
            </w:tcMar>
            <w:vAlign w:val="center"/>
          </w:tcPr>
          <w:p w14:paraId="340AC527" w14:textId="77777777" w:rsidR="00BF4373" w:rsidRDefault="00CE4A92">
            <w:pPr>
              <w:spacing w:after="0"/>
            </w:pPr>
            <w:r>
              <w:rPr>
                <w:sz w:val="17"/>
              </w:rPr>
              <w:t>SSIG</w:t>
            </w:r>
          </w:p>
        </w:tc>
        <w:tc>
          <w:tcPr>
            <w:tcW w:w="6803" w:type="dxa"/>
            <w:shd w:val="clear" w:color="auto" w:fill="F4F7FA"/>
            <w:tcMar>
              <w:top w:w="90" w:type="dxa"/>
              <w:left w:w="110" w:type="dxa"/>
              <w:bottom w:w="90" w:type="dxa"/>
              <w:right w:w="110" w:type="dxa"/>
            </w:tcMar>
            <w:vAlign w:val="center"/>
          </w:tcPr>
          <w:p w14:paraId="1C3A32D3" w14:textId="77777777" w:rsidR="00BF4373" w:rsidRDefault="00CE4A92">
            <w:pPr>
              <w:spacing w:after="0"/>
            </w:pPr>
            <w:r>
              <w:rPr>
                <w:sz w:val="17"/>
              </w:rPr>
              <w:t>Rossi Caterina, Di Mambro Valentina, Marandola Diego</w:t>
            </w:r>
          </w:p>
        </w:tc>
      </w:tr>
    </w:tbl>
    <w:p w14:paraId="00204B11" w14:textId="77777777" w:rsidR="00BF4373" w:rsidRDefault="00BF4373">
      <w:pPr>
        <w:spacing w:after="20"/>
      </w:pPr>
    </w:p>
    <w:p w14:paraId="71EC6EEA" w14:textId="236EB349" w:rsidR="00BF4373" w:rsidRDefault="00CE4A92">
      <w:pPr>
        <w:pBdr>
          <w:bottom w:val="single" w:sz="18" w:space="4" w:color="2F75B5"/>
        </w:pBdr>
        <w:spacing w:before="200" w:after="120"/>
      </w:pPr>
      <w:r>
        <w:rPr>
          <w:rFonts w:ascii="Aptos Display" w:hAnsi="Aptos Display"/>
          <w:b/>
          <w:color w:val="17365D"/>
          <w:sz w:val="32"/>
        </w:rPr>
        <w:t>TUTOR UNIVERSITÀ</w:t>
      </w:r>
    </w:p>
    <w:tbl>
      <w:tblPr>
        <w:tblStyle w:val="Grigliatabella"/>
        <w:tblW w:w="0" w:type="auto"/>
        <w:jc w:val="center"/>
        <w:tblBorders>
          <w:top w:val="single" w:sz="6" w:space="0" w:color="B8C7D9"/>
          <w:left w:val="single" w:sz="6" w:space="0" w:color="B8C7D9"/>
          <w:bottom w:val="single" w:sz="6" w:space="0" w:color="B8C7D9"/>
          <w:right w:val="single" w:sz="6" w:space="0" w:color="B8C7D9"/>
          <w:insideH w:val="single" w:sz="6" w:space="0" w:color="B8C7D9"/>
          <w:insideV w:val="single" w:sz="6" w:space="0" w:color="B8C7D9"/>
        </w:tblBorders>
        <w:tblLayout w:type="fixed"/>
        <w:tblLook w:val="04A0" w:firstRow="1" w:lastRow="0" w:firstColumn="1" w:lastColumn="0" w:noHBand="0" w:noVBand="1"/>
      </w:tblPr>
      <w:tblGrid>
        <w:gridCol w:w="2835"/>
        <w:gridCol w:w="6803"/>
      </w:tblGrid>
      <w:tr w:rsidR="00BF4373" w14:paraId="57F14973" w14:textId="77777777">
        <w:trPr>
          <w:tblHeader/>
          <w:jc w:val="center"/>
        </w:trPr>
        <w:tc>
          <w:tcPr>
            <w:tcW w:w="2835" w:type="dxa"/>
            <w:shd w:val="clear" w:color="auto" w:fill="17365D"/>
            <w:tcMar>
              <w:top w:w="110" w:type="dxa"/>
              <w:left w:w="100" w:type="dxa"/>
              <w:bottom w:w="110" w:type="dxa"/>
              <w:right w:w="100" w:type="dxa"/>
            </w:tcMar>
            <w:vAlign w:val="center"/>
          </w:tcPr>
          <w:p w14:paraId="1667F981" w14:textId="77777777" w:rsidR="00BF4373" w:rsidRDefault="00CE4A92">
            <w:pPr>
              <w:spacing w:after="0"/>
              <w:jc w:val="center"/>
            </w:pPr>
            <w:r>
              <w:rPr>
                <w:b/>
                <w:color w:val="FFFFFF"/>
                <w:sz w:val="18"/>
              </w:rPr>
              <w:t>ORDINE</w:t>
            </w:r>
          </w:p>
        </w:tc>
        <w:tc>
          <w:tcPr>
            <w:tcW w:w="6803" w:type="dxa"/>
            <w:shd w:val="clear" w:color="auto" w:fill="17365D"/>
            <w:tcMar>
              <w:top w:w="110" w:type="dxa"/>
              <w:left w:w="100" w:type="dxa"/>
              <w:bottom w:w="110" w:type="dxa"/>
              <w:right w:w="100" w:type="dxa"/>
            </w:tcMar>
            <w:vAlign w:val="center"/>
          </w:tcPr>
          <w:p w14:paraId="2DDB7A58" w14:textId="77777777" w:rsidR="00BF4373" w:rsidRDefault="00CE4A92">
            <w:pPr>
              <w:spacing w:after="0"/>
              <w:jc w:val="center"/>
            </w:pPr>
            <w:r>
              <w:rPr>
                <w:b/>
                <w:color w:val="FFFFFF"/>
                <w:sz w:val="18"/>
              </w:rPr>
              <w:t>TUTOR</w:t>
            </w:r>
          </w:p>
        </w:tc>
      </w:tr>
      <w:tr w:rsidR="00BF4373" w14:paraId="5531FCF7" w14:textId="77777777">
        <w:trPr>
          <w:jc w:val="center"/>
        </w:trPr>
        <w:tc>
          <w:tcPr>
            <w:tcW w:w="2835" w:type="dxa"/>
            <w:shd w:val="clear" w:color="auto" w:fill="F4F7FA"/>
            <w:tcMar>
              <w:top w:w="90" w:type="dxa"/>
              <w:left w:w="110" w:type="dxa"/>
              <w:bottom w:w="90" w:type="dxa"/>
              <w:right w:w="110" w:type="dxa"/>
            </w:tcMar>
            <w:vAlign w:val="center"/>
          </w:tcPr>
          <w:p w14:paraId="5E9BA58E" w14:textId="77777777" w:rsidR="00BF4373" w:rsidRDefault="00CE4A92">
            <w:pPr>
              <w:spacing w:after="0"/>
            </w:pPr>
            <w:r>
              <w:rPr>
                <w:sz w:val="17"/>
              </w:rPr>
              <w:t>INFANZIA</w:t>
            </w:r>
          </w:p>
        </w:tc>
        <w:tc>
          <w:tcPr>
            <w:tcW w:w="6803" w:type="dxa"/>
            <w:shd w:val="clear" w:color="auto" w:fill="F4F7FA"/>
            <w:tcMar>
              <w:top w:w="90" w:type="dxa"/>
              <w:left w:w="110" w:type="dxa"/>
              <w:bottom w:w="90" w:type="dxa"/>
              <w:right w:w="110" w:type="dxa"/>
            </w:tcMar>
            <w:vAlign w:val="center"/>
          </w:tcPr>
          <w:p w14:paraId="142B1E31" w14:textId="77777777" w:rsidR="00BF4373" w:rsidRDefault="00CE4A92">
            <w:pPr>
              <w:spacing w:after="0"/>
            </w:pPr>
            <w:r>
              <w:rPr>
                <w:sz w:val="17"/>
              </w:rPr>
              <w:t>Fiorito Graziella, Secondino Linda</w:t>
            </w:r>
          </w:p>
        </w:tc>
      </w:tr>
      <w:tr w:rsidR="00BF4373" w14:paraId="38AC49B2" w14:textId="77777777">
        <w:trPr>
          <w:jc w:val="center"/>
        </w:trPr>
        <w:tc>
          <w:tcPr>
            <w:tcW w:w="2835" w:type="dxa"/>
            <w:shd w:val="clear" w:color="auto" w:fill="FFFFFF"/>
            <w:tcMar>
              <w:top w:w="90" w:type="dxa"/>
              <w:left w:w="110" w:type="dxa"/>
              <w:bottom w:w="90" w:type="dxa"/>
              <w:right w:w="110" w:type="dxa"/>
            </w:tcMar>
            <w:vAlign w:val="center"/>
          </w:tcPr>
          <w:p w14:paraId="79C26E49" w14:textId="77777777" w:rsidR="00BF4373" w:rsidRDefault="00CE4A92">
            <w:pPr>
              <w:spacing w:after="0"/>
            </w:pPr>
            <w:r>
              <w:rPr>
                <w:sz w:val="17"/>
              </w:rPr>
              <w:t>PRIMARIA</w:t>
            </w:r>
          </w:p>
        </w:tc>
        <w:tc>
          <w:tcPr>
            <w:tcW w:w="6803" w:type="dxa"/>
            <w:shd w:val="clear" w:color="auto" w:fill="FFFFFF"/>
            <w:tcMar>
              <w:top w:w="90" w:type="dxa"/>
              <w:left w:w="110" w:type="dxa"/>
              <w:bottom w:w="90" w:type="dxa"/>
              <w:right w:w="110" w:type="dxa"/>
            </w:tcMar>
            <w:vAlign w:val="center"/>
          </w:tcPr>
          <w:p w14:paraId="330DEF91" w14:textId="77777777" w:rsidR="00BF4373" w:rsidRDefault="00CE4A92">
            <w:pPr>
              <w:spacing w:after="0"/>
            </w:pPr>
            <w:r>
              <w:rPr>
                <w:sz w:val="17"/>
              </w:rPr>
              <w:t>Apruzzese Rossella, Caporusso Carla, Di Ponio Paola, Giannandrea Antonietta, Lanni Tiziana, La Marra Irena</w:t>
            </w:r>
          </w:p>
        </w:tc>
      </w:tr>
      <w:tr w:rsidR="00BF4373" w14:paraId="0391B07B" w14:textId="77777777">
        <w:trPr>
          <w:jc w:val="center"/>
        </w:trPr>
        <w:tc>
          <w:tcPr>
            <w:tcW w:w="2835" w:type="dxa"/>
            <w:shd w:val="clear" w:color="auto" w:fill="F4F7FA"/>
            <w:tcMar>
              <w:top w:w="90" w:type="dxa"/>
              <w:left w:w="110" w:type="dxa"/>
              <w:bottom w:w="90" w:type="dxa"/>
              <w:right w:w="110" w:type="dxa"/>
            </w:tcMar>
            <w:vAlign w:val="center"/>
          </w:tcPr>
          <w:p w14:paraId="4493F819" w14:textId="77777777" w:rsidR="00BF4373" w:rsidRDefault="00CE4A92">
            <w:pPr>
              <w:spacing w:after="0"/>
            </w:pPr>
            <w:r>
              <w:rPr>
                <w:sz w:val="17"/>
              </w:rPr>
              <w:t>SSIG</w:t>
            </w:r>
          </w:p>
        </w:tc>
        <w:tc>
          <w:tcPr>
            <w:tcW w:w="6803" w:type="dxa"/>
            <w:shd w:val="clear" w:color="auto" w:fill="F4F7FA"/>
            <w:tcMar>
              <w:top w:w="90" w:type="dxa"/>
              <w:left w:w="110" w:type="dxa"/>
              <w:bottom w:w="90" w:type="dxa"/>
              <w:right w:w="110" w:type="dxa"/>
            </w:tcMar>
            <w:vAlign w:val="center"/>
          </w:tcPr>
          <w:p w14:paraId="7BA1A707" w14:textId="77777777" w:rsidR="00BF4373" w:rsidRDefault="00CE4A92">
            <w:pPr>
              <w:spacing w:after="0"/>
            </w:pPr>
            <w:r>
              <w:rPr>
                <w:sz w:val="17"/>
              </w:rPr>
              <w:t>Pergola Daniela, Maurello Pina, Di Leone Eglandina</w:t>
            </w:r>
          </w:p>
        </w:tc>
      </w:tr>
    </w:tbl>
    <w:p w14:paraId="072C18C2" w14:textId="5BADEBC0" w:rsidR="00BF4373" w:rsidRDefault="00F57233">
      <w:pPr>
        <w:spacing w:after="20"/>
      </w:pPr>
      <w:r w:rsidRPr="002118EF">
        <w:rPr>
          <w:rFonts w:ascii="Times New Roman" w:hAnsi="Times New Roman" w:cs="Times New Roman"/>
          <w:noProof/>
          <w:lang w:eastAsia="it-IT"/>
        </w:rPr>
        <w:drawing>
          <wp:anchor distT="0" distB="0" distL="114300" distR="114300" simplePos="0" relativeHeight="251656704" behindDoc="1" locked="0" layoutInCell="1" allowOverlap="1" wp14:anchorId="16B71112" wp14:editId="5CDAC16E">
            <wp:simplePos x="0" y="0"/>
            <wp:positionH relativeFrom="column">
              <wp:posOffset>5476875</wp:posOffset>
            </wp:positionH>
            <wp:positionV relativeFrom="paragraph">
              <wp:posOffset>57784</wp:posOffset>
            </wp:positionV>
            <wp:extent cx="1170326" cy="1153919"/>
            <wp:effectExtent l="0" t="0" r="0" b="8255"/>
            <wp:wrapNone/>
            <wp:docPr id="2" name="Immagine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magine 5"/>
                    <pic:cNvPicPr>
                      <a:picLocks noChangeAspect="1" noChangeArrowheads="1"/>
                    </pic:cNvPicPr>
                  </pic:nvPicPr>
                  <pic:blipFill>
                    <a:blip r:embed="rId1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39839" t="35603" r="38835" b="25296"/>
                    <a:stretch>
                      <a:fillRect/>
                    </a:stretch>
                  </pic:blipFill>
                  <pic:spPr bwMode="auto">
                    <a:xfrm rot="10800000">
                      <a:off x="0" y="0"/>
                      <a:ext cx="1170326" cy="1153919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41BE7530" w14:textId="647445FD" w:rsidR="00BF4373" w:rsidRDefault="00CE4A92">
      <w:pPr>
        <w:spacing w:before="200"/>
        <w:jc w:val="center"/>
      </w:pPr>
      <w:r>
        <w:rPr>
          <w:b/>
          <w:color w:val="17365D"/>
          <w:sz w:val="17"/>
        </w:rPr>
        <w:t>ALLEGATO AL DECRETO N. 490 – PROT. N. 5005 DEL 18/09/2026</w:t>
      </w:r>
      <w:r w:rsidR="00F57233">
        <w:rPr>
          <w:b/>
          <w:color w:val="17365D"/>
          <w:sz w:val="17"/>
        </w:rPr>
        <w:t xml:space="preserve"> </w:t>
      </w:r>
    </w:p>
    <w:sectPr w:rsidR="00BF4373" w:rsidSect="00034616">
      <w:headerReference w:type="default" r:id="rId15"/>
      <w:footerReference w:type="default" r:id="rId16"/>
      <w:pgSz w:w="12240" w:h="15840"/>
      <w:pgMar w:top="935" w:right="964" w:bottom="935" w:left="964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3BFBCE2" w14:textId="77777777" w:rsidR="00CE4A92" w:rsidRDefault="00CE4A92">
      <w:pPr>
        <w:spacing w:after="0" w:line="240" w:lineRule="auto"/>
      </w:pPr>
      <w:r>
        <w:separator/>
      </w:r>
    </w:p>
  </w:endnote>
  <w:endnote w:type="continuationSeparator" w:id="0">
    <w:p w14:paraId="398555F2" w14:textId="77777777" w:rsidR="00CE4A92" w:rsidRDefault="00CE4A9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409020205020404"/>
    <w:charset w:val="00"/>
    <w:family w:val="auto"/>
    <w:pitch w:val="variable"/>
    <w:sig w:usb0="00000003" w:usb1="00000000" w:usb2="00000000" w:usb3="00000000" w:csb0="00000001" w:csb1="00000000"/>
  </w:font>
  <w:font w:name="Rockwell Nova Light">
    <w:charset w:val="00"/>
    <w:family w:val="roman"/>
    <w:pitch w:val="variable"/>
    <w:sig w:usb0="80000287" w:usb1="00000002" w:usb2="00000000" w:usb3="00000000" w:csb0="0000019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79ECE8B" w14:textId="77777777" w:rsidR="00BF4373" w:rsidRDefault="00CE4A92">
    <w:pPr>
      <w:pStyle w:val="Pidipagina"/>
      <w:jc w:val="center"/>
    </w:pPr>
    <w:r>
      <w:rPr>
        <w:color w:val="6B7280"/>
        <w:sz w:val="15"/>
      </w:rPr>
      <w:t xml:space="preserve">Allegato al Decreto n. 490 – prot. n. 5005 del 18/09/2026  •  Organigramma A.S. 2026/27  •  </w:t>
    </w:r>
    <w:r>
      <w:fldChar w:fldCharType="begin"/>
    </w:r>
    <w:r>
      <w:instrText>PAGE</w:instrText>
    </w:r>
    <w:r>
      <w:fldChar w:fldCharType="separate"/>
    </w:r>
    <w:r w:rsidR="00F57233">
      <w:rPr>
        <w:noProof/>
      </w:rPr>
      <w:t>1</w:t>
    </w:r>
    <w: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4AEA3F0" w14:textId="77777777" w:rsidR="00CE4A92" w:rsidRDefault="00CE4A92">
      <w:pPr>
        <w:spacing w:after="0" w:line="240" w:lineRule="auto"/>
      </w:pPr>
      <w:r>
        <w:separator/>
      </w:r>
    </w:p>
  </w:footnote>
  <w:footnote w:type="continuationSeparator" w:id="0">
    <w:p w14:paraId="7C3D572B" w14:textId="77777777" w:rsidR="00CE4A92" w:rsidRDefault="00CE4A92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D9B3A7D" w14:textId="77777777" w:rsidR="00BF4373" w:rsidRDefault="00CE4A92">
    <w:pPr>
      <w:pStyle w:val="Intestazione"/>
      <w:jc w:val="right"/>
    </w:pPr>
    <w:r>
      <w:rPr>
        <w:b/>
        <w:color w:val="6B7280"/>
        <w:sz w:val="16"/>
      </w:rPr>
      <w:t>ISTITUTO COMPRENSIVO • ORGANIGRAMMA A.S. 2026/27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Numeroelenco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Numeroelenco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Puntoelenco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Puntoelenco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Numeroelenco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Puntoelenco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 w16cid:durableId="1578512923">
    <w:abstractNumId w:val="8"/>
  </w:num>
  <w:num w:numId="2" w16cid:durableId="249701818">
    <w:abstractNumId w:val="6"/>
  </w:num>
  <w:num w:numId="3" w16cid:durableId="359090369">
    <w:abstractNumId w:val="5"/>
  </w:num>
  <w:num w:numId="4" w16cid:durableId="1501000115">
    <w:abstractNumId w:val="4"/>
  </w:num>
  <w:num w:numId="5" w16cid:durableId="1647511791">
    <w:abstractNumId w:val="7"/>
  </w:num>
  <w:num w:numId="6" w16cid:durableId="1040013072">
    <w:abstractNumId w:val="3"/>
  </w:num>
  <w:num w:numId="7" w16cid:durableId="1490294608">
    <w:abstractNumId w:val="2"/>
  </w:num>
  <w:num w:numId="8" w16cid:durableId="913778105">
    <w:abstractNumId w:val="1"/>
  </w:num>
  <w:num w:numId="9" w16cid:durableId="1240940527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hyphenationZone w:val="283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5F02A5"/>
    <w:rsid w:val="00AA1D8D"/>
    <w:rsid w:val="00B47730"/>
    <w:rsid w:val="00BF4373"/>
    <w:rsid w:val="00CB0664"/>
    <w:rsid w:val="00CE4A92"/>
    <w:rsid w:val="00F57233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6E1996A2"/>
  <w14:defaultImageDpi w14:val="300"/>
  <w15:docId w15:val="{F5A1AECF-42E1-4BCC-AB72-1DB2D6FE9F8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sid w:val="00FC693F"/>
    <w:pPr>
      <w:spacing w:after="80"/>
    </w:pPr>
    <w:rPr>
      <w:rFonts w:ascii="Aptos" w:hAnsi="Aptos"/>
      <w:color w:val="1F2937"/>
      <w:sz w:val="19"/>
    </w:rPr>
  </w:style>
  <w:style w:type="paragraph" w:styleId="Titolo1">
    <w:name w:val="heading 1"/>
    <w:basedOn w:val="Normale"/>
    <w:next w:val="Normale"/>
    <w:link w:val="Titolo1Carattere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Titolo2">
    <w:name w:val="heading 2"/>
    <w:basedOn w:val="Normale"/>
    <w:next w:val="Normale"/>
    <w:link w:val="Titolo2Carattere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Titolo3">
    <w:name w:val="heading 3"/>
    <w:basedOn w:val="Normale"/>
    <w:next w:val="Normale"/>
    <w:link w:val="Titolo3Carattere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olo4">
    <w:name w:val="heading 4"/>
    <w:basedOn w:val="Normale"/>
    <w:next w:val="Normale"/>
    <w:link w:val="Titolo4Carattere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Titolo5">
    <w:name w:val="heading 5"/>
    <w:basedOn w:val="Normale"/>
    <w:next w:val="Normale"/>
    <w:link w:val="Titolo5Carattere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Titolo6">
    <w:name w:val="heading 6"/>
    <w:basedOn w:val="Normale"/>
    <w:next w:val="Normale"/>
    <w:link w:val="Titolo6Carattere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Titolo7">
    <w:name w:val="heading 7"/>
    <w:basedOn w:val="Normale"/>
    <w:next w:val="Normale"/>
    <w:link w:val="Titolo7Carattere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Titolo8">
    <w:name w:val="heading 8"/>
    <w:basedOn w:val="Normale"/>
    <w:next w:val="Normale"/>
    <w:link w:val="Titolo8Carattere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Titolo9">
    <w:name w:val="heading 9"/>
    <w:basedOn w:val="Normale"/>
    <w:next w:val="Normale"/>
    <w:link w:val="Titolo9Carattere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Intestazione">
    <w:name w:val="header"/>
    <w:basedOn w:val="Normale"/>
    <w:link w:val="IntestazioneCarattere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E618BF"/>
  </w:style>
  <w:style w:type="paragraph" w:styleId="Pidipagina">
    <w:name w:val="footer"/>
    <w:basedOn w:val="Normale"/>
    <w:link w:val="PidipaginaCarattere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E618BF"/>
  </w:style>
  <w:style w:type="paragraph" w:styleId="Nessunaspaziatura">
    <w:name w:val="No Spacing"/>
    <w:uiPriority w:val="1"/>
    <w:qFormat/>
    <w:rsid w:val="00FC693F"/>
    <w:pPr>
      <w:spacing w:after="0" w:line="240" w:lineRule="auto"/>
    </w:pPr>
  </w:style>
  <w:style w:type="character" w:customStyle="1" w:styleId="Titolo1Carattere">
    <w:name w:val="Titolo 1 Carattere"/>
    <w:basedOn w:val="Carpredefinitoparagrafo"/>
    <w:link w:val="Titolo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Titolo2Carattere">
    <w:name w:val="Titolo 2 Carattere"/>
    <w:basedOn w:val="Carpredefinitoparagrafo"/>
    <w:link w:val="Titolo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Titolo3Carattere">
    <w:name w:val="Titolo 3 Carattere"/>
    <w:basedOn w:val="Carpredefinitoparagrafo"/>
    <w:link w:val="Titolo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olo">
    <w:name w:val="Title"/>
    <w:basedOn w:val="Normale"/>
    <w:next w:val="Normale"/>
    <w:link w:val="TitoloCarattere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oloCarattere">
    <w:name w:val="Titolo Carattere"/>
    <w:basedOn w:val="Carpredefinitoparagrafo"/>
    <w:link w:val="Titolo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ottotitolo">
    <w:name w:val="Subtitle"/>
    <w:basedOn w:val="Normale"/>
    <w:next w:val="Normale"/>
    <w:link w:val="SottotitoloCarattere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ottotitoloCarattere">
    <w:name w:val="Sottotitolo Carattere"/>
    <w:basedOn w:val="Carpredefinitoparagrafo"/>
    <w:link w:val="Sottotitolo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Paragrafoelenco">
    <w:name w:val="List Paragraph"/>
    <w:basedOn w:val="Normale"/>
    <w:uiPriority w:val="34"/>
    <w:qFormat/>
    <w:rsid w:val="00FC693F"/>
    <w:pPr>
      <w:ind w:left="720"/>
      <w:contextualSpacing/>
    </w:pPr>
  </w:style>
  <w:style w:type="paragraph" w:styleId="Corpotesto">
    <w:name w:val="Body Text"/>
    <w:basedOn w:val="Normale"/>
    <w:link w:val="CorpotestoCarattere"/>
    <w:uiPriority w:val="99"/>
    <w:unhideWhenUsed/>
    <w:rsid w:val="00AA1D8D"/>
    <w:pPr>
      <w:spacing w:after="120"/>
    </w:pPr>
  </w:style>
  <w:style w:type="character" w:customStyle="1" w:styleId="CorpotestoCarattere">
    <w:name w:val="Corpo testo Carattere"/>
    <w:basedOn w:val="Carpredefinitoparagrafo"/>
    <w:link w:val="Corpotesto"/>
    <w:uiPriority w:val="99"/>
    <w:rsid w:val="00AA1D8D"/>
  </w:style>
  <w:style w:type="paragraph" w:styleId="Corpodeltesto2">
    <w:name w:val="Body Text 2"/>
    <w:basedOn w:val="Normale"/>
    <w:link w:val="Corpodeltesto2Carattere"/>
    <w:uiPriority w:val="99"/>
    <w:unhideWhenUsed/>
    <w:rsid w:val="00AA1D8D"/>
    <w:pPr>
      <w:spacing w:after="120" w:line="480" w:lineRule="auto"/>
    </w:pPr>
  </w:style>
  <w:style w:type="character" w:customStyle="1" w:styleId="Corpodeltesto2Carattere">
    <w:name w:val="Corpo del testo 2 Carattere"/>
    <w:basedOn w:val="Carpredefinitoparagrafo"/>
    <w:link w:val="Corpodeltesto2"/>
    <w:uiPriority w:val="99"/>
    <w:rsid w:val="00AA1D8D"/>
  </w:style>
  <w:style w:type="paragraph" w:styleId="Corpodeltesto3">
    <w:name w:val="Body Text 3"/>
    <w:basedOn w:val="Normale"/>
    <w:link w:val="Corpodeltesto3Carattere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Corpodeltesto3Carattere">
    <w:name w:val="Corpo del testo 3 Carattere"/>
    <w:basedOn w:val="Carpredefinitoparagrafo"/>
    <w:link w:val="Corpodeltesto3"/>
    <w:uiPriority w:val="99"/>
    <w:rsid w:val="00AA1D8D"/>
    <w:rPr>
      <w:sz w:val="16"/>
      <w:szCs w:val="16"/>
    </w:rPr>
  </w:style>
  <w:style w:type="paragraph" w:styleId="Elenco">
    <w:name w:val="List"/>
    <w:basedOn w:val="Normale"/>
    <w:uiPriority w:val="99"/>
    <w:unhideWhenUsed/>
    <w:rsid w:val="00AA1D8D"/>
    <w:pPr>
      <w:ind w:left="360" w:hanging="360"/>
      <w:contextualSpacing/>
    </w:pPr>
  </w:style>
  <w:style w:type="paragraph" w:styleId="Elenco2">
    <w:name w:val="List 2"/>
    <w:basedOn w:val="Normale"/>
    <w:uiPriority w:val="99"/>
    <w:unhideWhenUsed/>
    <w:rsid w:val="00326F90"/>
    <w:pPr>
      <w:ind w:left="720" w:hanging="360"/>
      <w:contextualSpacing/>
    </w:pPr>
  </w:style>
  <w:style w:type="paragraph" w:styleId="Elenco3">
    <w:name w:val="List 3"/>
    <w:basedOn w:val="Normale"/>
    <w:uiPriority w:val="99"/>
    <w:unhideWhenUsed/>
    <w:rsid w:val="00326F90"/>
    <w:pPr>
      <w:ind w:left="1080" w:hanging="360"/>
      <w:contextualSpacing/>
    </w:pPr>
  </w:style>
  <w:style w:type="paragraph" w:styleId="Puntoelenco">
    <w:name w:val="List Bullet"/>
    <w:basedOn w:val="Normale"/>
    <w:uiPriority w:val="99"/>
    <w:unhideWhenUsed/>
    <w:rsid w:val="00326F90"/>
    <w:pPr>
      <w:numPr>
        <w:numId w:val="1"/>
      </w:numPr>
      <w:contextualSpacing/>
    </w:pPr>
  </w:style>
  <w:style w:type="paragraph" w:styleId="Puntoelenco2">
    <w:name w:val="List Bullet 2"/>
    <w:basedOn w:val="Normale"/>
    <w:uiPriority w:val="99"/>
    <w:unhideWhenUsed/>
    <w:rsid w:val="00326F90"/>
    <w:pPr>
      <w:numPr>
        <w:numId w:val="2"/>
      </w:numPr>
      <w:contextualSpacing/>
    </w:pPr>
  </w:style>
  <w:style w:type="paragraph" w:styleId="Puntoelenco3">
    <w:name w:val="List Bullet 3"/>
    <w:basedOn w:val="Normale"/>
    <w:uiPriority w:val="99"/>
    <w:unhideWhenUsed/>
    <w:rsid w:val="00326F90"/>
    <w:pPr>
      <w:numPr>
        <w:numId w:val="3"/>
      </w:numPr>
      <w:contextualSpacing/>
    </w:pPr>
  </w:style>
  <w:style w:type="paragraph" w:styleId="Numeroelenco">
    <w:name w:val="List Number"/>
    <w:basedOn w:val="Normale"/>
    <w:uiPriority w:val="99"/>
    <w:unhideWhenUsed/>
    <w:rsid w:val="00326F90"/>
    <w:pPr>
      <w:numPr>
        <w:numId w:val="5"/>
      </w:numPr>
      <w:contextualSpacing/>
    </w:pPr>
  </w:style>
  <w:style w:type="paragraph" w:styleId="Numeroelenco2">
    <w:name w:val="List Number 2"/>
    <w:basedOn w:val="Normale"/>
    <w:uiPriority w:val="99"/>
    <w:unhideWhenUsed/>
    <w:rsid w:val="0029639D"/>
    <w:pPr>
      <w:numPr>
        <w:numId w:val="6"/>
      </w:numPr>
      <w:contextualSpacing/>
    </w:pPr>
  </w:style>
  <w:style w:type="paragraph" w:styleId="Numeroelenco3">
    <w:name w:val="List Number 3"/>
    <w:basedOn w:val="Normale"/>
    <w:uiPriority w:val="99"/>
    <w:unhideWhenUsed/>
    <w:rsid w:val="0029639D"/>
    <w:pPr>
      <w:numPr>
        <w:numId w:val="7"/>
      </w:numPr>
      <w:contextualSpacing/>
    </w:pPr>
  </w:style>
  <w:style w:type="paragraph" w:styleId="Elencocontinua">
    <w:name w:val="List Continue"/>
    <w:basedOn w:val="Normale"/>
    <w:uiPriority w:val="99"/>
    <w:unhideWhenUsed/>
    <w:rsid w:val="0029639D"/>
    <w:pPr>
      <w:spacing w:after="120"/>
      <w:ind w:left="360"/>
      <w:contextualSpacing/>
    </w:pPr>
  </w:style>
  <w:style w:type="paragraph" w:styleId="Elencocontinua2">
    <w:name w:val="List Continue 2"/>
    <w:basedOn w:val="Normale"/>
    <w:uiPriority w:val="99"/>
    <w:unhideWhenUsed/>
    <w:rsid w:val="0029639D"/>
    <w:pPr>
      <w:spacing w:after="120"/>
      <w:ind w:left="720"/>
      <w:contextualSpacing/>
    </w:pPr>
  </w:style>
  <w:style w:type="paragraph" w:styleId="Elencocontinua3">
    <w:name w:val="List Continue 3"/>
    <w:basedOn w:val="Normale"/>
    <w:uiPriority w:val="99"/>
    <w:unhideWhenUsed/>
    <w:rsid w:val="0029639D"/>
    <w:pPr>
      <w:spacing w:after="120"/>
      <w:ind w:left="1080"/>
      <w:contextualSpacing/>
    </w:pPr>
  </w:style>
  <w:style w:type="paragraph" w:styleId="Testomacro">
    <w:name w:val="macro"/>
    <w:link w:val="TestomacroCarattere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TestomacroCarattere">
    <w:name w:val="Testo macro Carattere"/>
    <w:basedOn w:val="Carpredefinitoparagrafo"/>
    <w:link w:val="Testomacro"/>
    <w:uiPriority w:val="99"/>
    <w:rsid w:val="0029639D"/>
    <w:rPr>
      <w:rFonts w:ascii="Courier" w:hAnsi="Courier"/>
      <w:sz w:val="20"/>
      <w:szCs w:val="20"/>
    </w:rPr>
  </w:style>
  <w:style w:type="paragraph" w:styleId="Citazione">
    <w:name w:val="Quote"/>
    <w:basedOn w:val="Normale"/>
    <w:next w:val="Normale"/>
    <w:link w:val="CitazioneCarattere"/>
    <w:uiPriority w:val="29"/>
    <w:qFormat/>
    <w:rsid w:val="00FC693F"/>
    <w:rPr>
      <w:i/>
      <w:iCs/>
      <w:color w:val="000000" w:themeColor="text1"/>
    </w:rPr>
  </w:style>
  <w:style w:type="character" w:customStyle="1" w:styleId="CitazioneCarattere">
    <w:name w:val="Citazione Carattere"/>
    <w:basedOn w:val="Carpredefinitoparagrafo"/>
    <w:link w:val="Citazione"/>
    <w:uiPriority w:val="29"/>
    <w:rsid w:val="00FC693F"/>
    <w:rPr>
      <w:i/>
      <w:iCs/>
      <w:color w:val="000000" w:themeColor="text1"/>
    </w:rPr>
  </w:style>
  <w:style w:type="character" w:customStyle="1" w:styleId="Titolo4Carattere">
    <w:name w:val="Titolo 4 Carattere"/>
    <w:basedOn w:val="Carpredefinitoparagrafo"/>
    <w:link w:val="Titolo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Titolo5Carattere">
    <w:name w:val="Titolo 5 Carattere"/>
    <w:basedOn w:val="Carpredefinitoparagrafo"/>
    <w:link w:val="Titolo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Titolo6Carattere">
    <w:name w:val="Titolo 6 Carattere"/>
    <w:basedOn w:val="Carpredefinitoparagrafo"/>
    <w:link w:val="Titolo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Titolo7Carattere">
    <w:name w:val="Titolo 7 Carattere"/>
    <w:basedOn w:val="Carpredefinitoparagrafo"/>
    <w:link w:val="Titolo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Titolo8Carattere">
    <w:name w:val="Titolo 8 Carattere"/>
    <w:basedOn w:val="Carpredefinitoparagrafo"/>
    <w:link w:val="Titolo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Titolo9Carattere">
    <w:name w:val="Titolo 9 Carattere"/>
    <w:basedOn w:val="Carpredefinitoparagrafo"/>
    <w:link w:val="Titolo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Didascalia">
    <w:name w:val="caption"/>
    <w:basedOn w:val="Normale"/>
    <w:next w:val="Normale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Enfasigrassetto">
    <w:name w:val="Strong"/>
    <w:basedOn w:val="Carpredefinitoparagrafo"/>
    <w:uiPriority w:val="22"/>
    <w:qFormat/>
    <w:rsid w:val="00FC693F"/>
    <w:rPr>
      <w:b/>
      <w:bCs/>
    </w:rPr>
  </w:style>
  <w:style w:type="character" w:styleId="Enfasicorsivo">
    <w:name w:val="Emphasis"/>
    <w:basedOn w:val="Carpredefinitoparagrafo"/>
    <w:uiPriority w:val="20"/>
    <w:qFormat/>
    <w:rsid w:val="00FC693F"/>
    <w:rPr>
      <w:i/>
      <w:iCs/>
    </w:rPr>
  </w:style>
  <w:style w:type="paragraph" w:styleId="Citazioneintensa">
    <w:name w:val="Intense Quote"/>
    <w:basedOn w:val="Normale"/>
    <w:next w:val="Normale"/>
    <w:link w:val="CitazioneintensaCarattere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CitazioneintensaCarattere">
    <w:name w:val="Citazione intensa Carattere"/>
    <w:basedOn w:val="Carpredefinitoparagrafo"/>
    <w:link w:val="Citazioneintensa"/>
    <w:uiPriority w:val="30"/>
    <w:rsid w:val="00FC693F"/>
    <w:rPr>
      <w:b/>
      <w:bCs/>
      <w:i/>
      <w:iCs/>
      <w:color w:val="4F81BD" w:themeColor="accent1"/>
    </w:rPr>
  </w:style>
  <w:style w:type="character" w:styleId="Enfasidelicata">
    <w:name w:val="Subtle Emphasis"/>
    <w:basedOn w:val="Carpredefinitoparagrafo"/>
    <w:uiPriority w:val="19"/>
    <w:qFormat/>
    <w:rsid w:val="00FC693F"/>
    <w:rPr>
      <w:i/>
      <w:iCs/>
      <w:color w:val="808080" w:themeColor="text1" w:themeTint="7F"/>
    </w:rPr>
  </w:style>
  <w:style w:type="character" w:styleId="Enfasiintensa">
    <w:name w:val="Intense Emphasis"/>
    <w:basedOn w:val="Carpredefinitoparagrafo"/>
    <w:uiPriority w:val="21"/>
    <w:qFormat/>
    <w:rsid w:val="00FC693F"/>
    <w:rPr>
      <w:b/>
      <w:bCs/>
      <w:i/>
      <w:iCs/>
      <w:color w:val="4F81BD" w:themeColor="accent1"/>
    </w:rPr>
  </w:style>
  <w:style w:type="character" w:styleId="Riferimentodelicato">
    <w:name w:val="Subtle Reference"/>
    <w:basedOn w:val="Carpredefinitoparagrafo"/>
    <w:uiPriority w:val="31"/>
    <w:qFormat/>
    <w:rsid w:val="00FC693F"/>
    <w:rPr>
      <w:smallCaps/>
      <w:color w:val="C0504D" w:themeColor="accent2"/>
      <w:u w:val="single"/>
    </w:rPr>
  </w:style>
  <w:style w:type="character" w:styleId="Riferimentointenso">
    <w:name w:val="Intense Reference"/>
    <w:basedOn w:val="Carpredefinitoparagrafo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Titolodellibro">
    <w:name w:val="Book Title"/>
    <w:basedOn w:val="Carpredefinitoparagrafo"/>
    <w:uiPriority w:val="33"/>
    <w:qFormat/>
    <w:rsid w:val="00FC693F"/>
    <w:rPr>
      <w:b/>
      <w:bCs/>
      <w:smallCaps/>
      <w:spacing w:val="5"/>
    </w:rPr>
  </w:style>
  <w:style w:type="paragraph" w:styleId="Titolosommario">
    <w:name w:val="TOC Heading"/>
    <w:basedOn w:val="Titolo1"/>
    <w:next w:val="Normale"/>
    <w:uiPriority w:val="39"/>
    <w:semiHidden/>
    <w:unhideWhenUsed/>
    <w:qFormat/>
    <w:rsid w:val="00FC693F"/>
    <w:pPr>
      <w:outlineLvl w:val="9"/>
    </w:pPr>
  </w:style>
  <w:style w:type="table" w:styleId="Grigliatabella">
    <w:name w:val="Table Grid"/>
    <w:basedOn w:val="Tabellanormale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Sfondochiaro">
    <w:name w:val="Light Shading"/>
    <w:basedOn w:val="Tabellanormale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Sfondochiaro-Colore1">
    <w:name w:val="Light Shading Accent 1"/>
    <w:basedOn w:val="Tabellanormale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Sfondochiaro-Colore2">
    <w:name w:val="Light Shading Accent 2"/>
    <w:basedOn w:val="Tabellanormale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Sfondochiaro-Colore3">
    <w:name w:val="Light Shading Accent 3"/>
    <w:basedOn w:val="Tabellanormale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Sfondochiaro-Colore4">
    <w:name w:val="Light Shading Accent 4"/>
    <w:basedOn w:val="Tabellanormale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Sfondochiaro-Colore5">
    <w:name w:val="Light Shading Accent 5"/>
    <w:basedOn w:val="Tabellanormale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Sfondochiaro-Colore6">
    <w:name w:val="Light Shading Accent 6"/>
    <w:basedOn w:val="Tabellanormale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Elencochiaro">
    <w:name w:val="Light List"/>
    <w:basedOn w:val="Tabellanormale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Elencochiaro-Colore1">
    <w:name w:val="Light List Accent 1"/>
    <w:basedOn w:val="Tabellanormale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Elencochiaro-Colore2">
    <w:name w:val="Light List Accent 2"/>
    <w:basedOn w:val="Tabellanormale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Elencochiaro-Colore3">
    <w:name w:val="Light List Accent 3"/>
    <w:basedOn w:val="Tabellanormale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Elencochiaro-Colore4">
    <w:name w:val="Light List Accent 4"/>
    <w:basedOn w:val="Tabellanormale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Elencochiaro-Colore5">
    <w:name w:val="Light List Accent 5"/>
    <w:basedOn w:val="Tabellanormale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Elencochiaro-Colore6">
    <w:name w:val="Light List Accent 6"/>
    <w:basedOn w:val="Tabellanormale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Grigliachiara">
    <w:name w:val="Light Grid"/>
    <w:basedOn w:val="Tabellanormale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Grigliachiara-Colore1">
    <w:name w:val="Light Grid Accent 1"/>
    <w:basedOn w:val="Tabellanormale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Grigliachiara-Colore2">
    <w:name w:val="Light Grid Accent 2"/>
    <w:basedOn w:val="Tabellanormale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Grigliachiara-Colore3">
    <w:name w:val="Light Grid Accent 3"/>
    <w:basedOn w:val="Tabellanormale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Grigliachiara-Colore4">
    <w:name w:val="Light Grid Accent 4"/>
    <w:basedOn w:val="Tabellanormale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Grigliachiara-Colore5">
    <w:name w:val="Light Grid Accent 5"/>
    <w:basedOn w:val="Tabellanormale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Grigliachiara-Colore6">
    <w:name w:val="Light Grid Accent 6"/>
    <w:basedOn w:val="Tabellanormale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Sfondomedio1">
    <w:name w:val="Medium Shading 1"/>
    <w:basedOn w:val="Tabellanormale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fondomedio1-Colore1">
    <w:name w:val="Medium Shading 1 Accent 1"/>
    <w:basedOn w:val="Tabellanormale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fondomedio1-Colore2">
    <w:name w:val="Medium Shading 1 Accent 2"/>
    <w:basedOn w:val="Tabellanormale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fondomedio1-Colore3">
    <w:name w:val="Medium Shading 1 Accent 3"/>
    <w:basedOn w:val="Tabellanormale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fondomedio1-Colore4">
    <w:name w:val="Medium Shading 1 Accent 4"/>
    <w:basedOn w:val="Tabellanormale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fondomedio1-Colore5">
    <w:name w:val="Medium Shading 1 Accent 5"/>
    <w:basedOn w:val="Tabellanormale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fondomedio1-Colore6">
    <w:name w:val="Medium Shading 1 Accent 6"/>
    <w:basedOn w:val="Tabellanormale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fondomedio2">
    <w:name w:val="Medium Shading 2"/>
    <w:basedOn w:val="Tabellanormale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fondomedio2-Colore1">
    <w:name w:val="Medium Shading 2 Accent 1"/>
    <w:basedOn w:val="Tabellanormale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fondomedio2-Colore2">
    <w:name w:val="Medium Shading 2 Accent 2"/>
    <w:basedOn w:val="Tabellanormale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fondomedio2-Colore3">
    <w:name w:val="Medium Shading 2 Accent 3"/>
    <w:basedOn w:val="Tabellanormale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fondomedio2-Colore4">
    <w:name w:val="Medium Shading 2 Accent 4"/>
    <w:basedOn w:val="Tabellanormale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fondomedio2-Colore5">
    <w:name w:val="Medium Shading 2 Accent 5"/>
    <w:basedOn w:val="Tabellanormale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fondomedio2-Colore6">
    <w:name w:val="Medium Shading 2 Accent 6"/>
    <w:basedOn w:val="Tabellanormale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Elencomedio1">
    <w:name w:val="Medium List 1"/>
    <w:basedOn w:val="Tabellanormale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Elencomedio1-Colore1">
    <w:name w:val="Medium List 1 Accent 1"/>
    <w:basedOn w:val="Tabellanormale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Elencomedio1-Colore2">
    <w:name w:val="Medium List 1 Accent 2"/>
    <w:basedOn w:val="Tabellanormale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Elencomedio1-Colore3">
    <w:name w:val="Medium List 1 Accent 3"/>
    <w:basedOn w:val="Tabellanormale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Elencomedio1-Colore4">
    <w:name w:val="Medium List 1 Accent 4"/>
    <w:basedOn w:val="Tabellanormale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Elencomedio1-Colore5">
    <w:name w:val="Medium List 1 Accent 5"/>
    <w:basedOn w:val="Tabellanormale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Elencomedio1-Colore6">
    <w:name w:val="Medium List 1 Accent 6"/>
    <w:basedOn w:val="Tabellanormale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Elencomedio2">
    <w:name w:val="Medium List 2"/>
    <w:basedOn w:val="Tabellanormale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Elencomedio2-Colore1">
    <w:name w:val="Medium List 2 Accent 1"/>
    <w:basedOn w:val="Tabellanormale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Elencomedio2-Colore2">
    <w:name w:val="Medium List 2 Accent 2"/>
    <w:basedOn w:val="Tabellanormale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Elencomedio2-Colore3">
    <w:name w:val="Medium List 2 Accent 3"/>
    <w:basedOn w:val="Tabellanormale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Elencomedio2-Colore4">
    <w:name w:val="Medium List 2 Accent 4"/>
    <w:basedOn w:val="Tabellanormale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Elencomedio2-Colore5">
    <w:name w:val="Medium List 2 Accent 5"/>
    <w:basedOn w:val="Tabellanormale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Elencomedio2-Colore6">
    <w:name w:val="Medium List 2 Accent 6"/>
    <w:basedOn w:val="Tabellanormale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Grigliamedia1">
    <w:name w:val="Medium Grid 1"/>
    <w:basedOn w:val="Tabellanormale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Grigliamedia1-Colore1">
    <w:name w:val="Medium Grid 1 Accent 1"/>
    <w:basedOn w:val="Tabellanormale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Grigliamedia1-Colore2">
    <w:name w:val="Medium Grid 1 Accent 2"/>
    <w:basedOn w:val="Tabellanormale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Grigliamedia1-Colore3">
    <w:name w:val="Medium Grid 1 Accent 3"/>
    <w:basedOn w:val="Tabellanormale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Grigliamedia1-Colore4">
    <w:name w:val="Medium Grid 1 Accent 4"/>
    <w:basedOn w:val="Tabellanormale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Grigliamedia1-Colore5">
    <w:name w:val="Medium Grid 1 Accent 5"/>
    <w:basedOn w:val="Tabellanormale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Grigliamedia1-Colore6">
    <w:name w:val="Medium Grid 1 Accent 6"/>
    <w:basedOn w:val="Tabellanormale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Grigliamedia2">
    <w:name w:val="Medium Grid 2"/>
    <w:basedOn w:val="Tabellanormale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igliamedia2-Colore1">
    <w:name w:val="Medium Grid 2 Accent 1"/>
    <w:basedOn w:val="Tabellanormale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igliamedia2-Colore2">
    <w:name w:val="Medium Grid 2 Accent 2"/>
    <w:basedOn w:val="Tabellanormale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igliamedia2-Colore3">
    <w:name w:val="Medium Grid 2 Accent 3"/>
    <w:basedOn w:val="Tabellanormale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igliamedia2-Colore4">
    <w:name w:val="Medium Grid 2 Accent 4"/>
    <w:basedOn w:val="Tabellanormale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igliamedia2-Colore5">
    <w:name w:val="Medium Grid 2 Accent 5"/>
    <w:basedOn w:val="Tabellanormale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igliamedia2-Colore6">
    <w:name w:val="Medium Grid 2 Accent 6"/>
    <w:basedOn w:val="Tabellanormale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igliamedia3">
    <w:name w:val="Medium Grid 3"/>
    <w:basedOn w:val="Tabellanormale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Grigliamedia3-Colore1">
    <w:name w:val="Medium Grid 3 Accent 1"/>
    <w:basedOn w:val="Tabellanormale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Grigliamedia3-Colore2">
    <w:name w:val="Medium Grid 3 Accent 2"/>
    <w:basedOn w:val="Tabellanormale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Grigliamedia3-Colore3">
    <w:name w:val="Medium Grid 3 Accent 3"/>
    <w:basedOn w:val="Tabellanormale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Grigliamedia3-Colore4">
    <w:name w:val="Medium Grid 3 Accent 4"/>
    <w:basedOn w:val="Tabellanormale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Grigliamedia3-Colore5">
    <w:name w:val="Medium Grid 3 Accent 5"/>
    <w:basedOn w:val="Tabellanormale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Grigliamedia3-Colore6">
    <w:name w:val="Medium Grid 3 Accent 6"/>
    <w:basedOn w:val="Tabellanormale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Elencoscuro">
    <w:name w:val="Dark List"/>
    <w:basedOn w:val="Tabellanormale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Elencoscuro-Colore1">
    <w:name w:val="Dark List Accent 1"/>
    <w:basedOn w:val="Tabellanormale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Elencoscuro-Colore2">
    <w:name w:val="Dark List Accent 2"/>
    <w:basedOn w:val="Tabellanormale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Elencoscuro-Colore3">
    <w:name w:val="Dark List Accent 3"/>
    <w:basedOn w:val="Tabellanormale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Elencoscuro-Colore4">
    <w:name w:val="Dark List Accent 4"/>
    <w:basedOn w:val="Tabellanormale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Elencoscuro-Colore5">
    <w:name w:val="Dark List Accent 5"/>
    <w:basedOn w:val="Tabellanormale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Elencoscuro-Colore6">
    <w:name w:val="Dark List Accent 6"/>
    <w:basedOn w:val="Tabellanormale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Sfondoacolori">
    <w:name w:val="Colorful Shading"/>
    <w:basedOn w:val="Tabellanormale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fondoacolori-Colore1">
    <w:name w:val="Colorful Shading Accent 1"/>
    <w:basedOn w:val="Tabellanormale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fondoacolori-Colore2">
    <w:name w:val="Colorful Shading Accent 2"/>
    <w:basedOn w:val="Tabellanormale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fondoacolori-Colore3">
    <w:name w:val="Colorful Shading Accent 3"/>
    <w:basedOn w:val="Tabellanormale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Sfondoacolori-Colore4">
    <w:name w:val="Colorful Shading Accent 4"/>
    <w:basedOn w:val="Tabellanormale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fondoacolori-Colore5">
    <w:name w:val="Colorful Shading Accent 5"/>
    <w:basedOn w:val="Tabellanormale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fondoacolori-Colore6">
    <w:name w:val="Colorful Shading Accent 6"/>
    <w:basedOn w:val="Tabellanormale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Elencoacolori">
    <w:name w:val="Colorful List"/>
    <w:basedOn w:val="Tabellanormale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Elencoacolori-Colore1">
    <w:name w:val="Colorful List Accent 1"/>
    <w:basedOn w:val="Tabellanormale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Elencoacolori-Colore2">
    <w:name w:val="Colorful List Accent 2"/>
    <w:basedOn w:val="Tabellanormale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Elencoacolori-Colore3">
    <w:name w:val="Colorful List Accent 3"/>
    <w:basedOn w:val="Tabellanormale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Elencoacolori-Colore4">
    <w:name w:val="Colorful List Accent 4"/>
    <w:basedOn w:val="Tabellanormale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Elencoacolori-Colore5">
    <w:name w:val="Colorful List Accent 5"/>
    <w:basedOn w:val="Tabellanormale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Elencoacolori-Colore6">
    <w:name w:val="Colorful List Accent 6"/>
    <w:basedOn w:val="Tabellanormale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Grigliaacolori">
    <w:name w:val="Colorful Grid"/>
    <w:basedOn w:val="Tabellanormale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Grigliaacolori-Colore1">
    <w:name w:val="Colorful Grid Accent 1"/>
    <w:basedOn w:val="Tabellanormale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Grigliaacolori-Colore2">
    <w:name w:val="Colorful Grid Accent 2"/>
    <w:basedOn w:val="Tabellanormale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Grigliaacolori-Colore3">
    <w:name w:val="Colorful Grid Accent 3"/>
    <w:basedOn w:val="Tabellanormale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Grigliaacolori-Colore4">
    <w:name w:val="Colorful Grid Accent 4"/>
    <w:basedOn w:val="Tabellanormale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Grigliaacolori-Colore5">
    <w:name w:val="Colorful Grid Accent 5"/>
    <w:basedOn w:val="Tabellanormale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Grigliaacolori-Colore6">
    <w:name w:val="Colorful Grid Accent 6"/>
    <w:basedOn w:val="Tabellanormale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hyperlink" Target="http://www.icsantelia.edu.it/web/" TargetMode="External"/><Relationship Id="rId1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yperlink" Target="mailto:fric857001@pec.istruzione.it" TargetMode="External"/><Relationship Id="rId17" Type="http://schemas.openxmlformats.org/officeDocument/2006/relationships/fontTable" Target="fontTable.xml"/><Relationship Id="rId2" Type="http://schemas.openxmlformats.org/officeDocument/2006/relationships/numbering" Target="numbering.xml"/><Relationship Id="rId16" Type="http://schemas.openxmlformats.org/officeDocument/2006/relationships/footer" Target="footer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mailto:fric857001@istruzione.it" TargetMode="External"/><Relationship Id="rId5" Type="http://schemas.openxmlformats.org/officeDocument/2006/relationships/webSettings" Target="webSettings.xml"/><Relationship Id="rId15" Type="http://schemas.openxmlformats.org/officeDocument/2006/relationships/header" Target="header1.xml"/><Relationship Id="rId10" Type="http://schemas.openxmlformats.org/officeDocument/2006/relationships/image" Target="media/image2.png"/><Relationship Id="rId4" Type="http://schemas.openxmlformats.org/officeDocument/2006/relationships/settings" Target="settings.xml"/><Relationship Id="rId9" Type="http://schemas.microsoft.com/office/2007/relationships/hdphoto" Target="media/hdphoto1.wdp"/><Relationship Id="rId14" Type="http://schemas.openxmlformats.org/officeDocument/2006/relationships/image" Target="media/image3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5</Pages>
  <Words>831</Words>
  <Characters>4741</Characters>
  <Application>Microsoft Office Word</Application>
  <DocSecurity>0</DocSecurity>
  <Lines>39</Lines>
  <Paragraphs>11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5561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>Nazario Malandrino</cp:lastModifiedBy>
  <cp:revision>2</cp:revision>
  <dcterms:created xsi:type="dcterms:W3CDTF">2013-12-23T23:15:00Z</dcterms:created>
  <dcterms:modified xsi:type="dcterms:W3CDTF">2026-09-21T12:10:00Z</dcterms:modified>
  <cp:category/>
</cp:coreProperties>
</file>